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D2" w:rsidRDefault="00CD58D2" w:rsidP="00CD58D2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58D2">
        <w:rPr>
          <w:rFonts w:ascii="Times New Roman" w:hAnsi="Times New Roman" w:cs="Times New Roman"/>
          <w:b/>
          <w:bCs/>
          <w:sz w:val="24"/>
          <w:szCs w:val="24"/>
        </w:rPr>
        <w:t>Отчёт</w:t>
      </w:r>
    </w:p>
    <w:p w:rsidR="00CD58D2" w:rsidRPr="00CD58D2" w:rsidRDefault="00CD58D2" w:rsidP="00CD58D2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58D2">
        <w:rPr>
          <w:rFonts w:ascii="Times New Roman" w:hAnsi="Times New Roman" w:cs="Times New Roman"/>
          <w:b/>
          <w:bCs/>
          <w:sz w:val="24"/>
          <w:szCs w:val="24"/>
        </w:rPr>
        <w:t xml:space="preserve">о проведённой работе Первичного отделения «Движение первых» в </w:t>
      </w:r>
      <w:bookmarkStart w:id="0" w:name="_Hlk201737537"/>
      <w:r w:rsidRPr="00CD58D2">
        <w:rPr>
          <w:rFonts w:ascii="Times New Roman" w:hAnsi="Times New Roman" w:cs="Times New Roman"/>
          <w:b/>
          <w:bCs/>
          <w:sz w:val="24"/>
          <w:szCs w:val="24"/>
        </w:rPr>
        <w:t xml:space="preserve">МБОУ </w:t>
      </w:r>
      <w:bookmarkEnd w:id="0"/>
      <w:r w:rsidRPr="00CD58D2">
        <w:rPr>
          <w:rFonts w:ascii="Times New Roman" w:hAnsi="Times New Roman" w:cs="Times New Roman"/>
          <w:b/>
          <w:bCs/>
          <w:sz w:val="24"/>
          <w:szCs w:val="24"/>
        </w:rPr>
        <w:t>Верхнесоленовская СОШ</w:t>
      </w:r>
    </w:p>
    <w:p w:rsidR="00CD58D2" w:rsidRPr="00CD58D2" w:rsidRDefault="00CD58D2" w:rsidP="00CD58D2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58D2">
        <w:rPr>
          <w:rFonts w:ascii="Times New Roman" w:hAnsi="Times New Roman" w:cs="Times New Roman"/>
          <w:b/>
          <w:bCs/>
          <w:sz w:val="24"/>
          <w:szCs w:val="24"/>
        </w:rPr>
        <w:t>за 1.0</w:t>
      </w:r>
      <w:r w:rsidR="00773990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CD58D2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773990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CD58D2">
        <w:rPr>
          <w:rFonts w:ascii="Times New Roman" w:hAnsi="Times New Roman" w:cs="Times New Roman"/>
          <w:b/>
          <w:bCs/>
          <w:sz w:val="24"/>
          <w:szCs w:val="24"/>
        </w:rPr>
        <w:t>-15.05.2026 учебный год</w:t>
      </w:r>
    </w:p>
    <w:p w:rsidR="00CD58D2" w:rsidRDefault="00CD58D2" w:rsidP="00CD58D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58D2">
        <w:rPr>
          <w:rFonts w:ascii="Times New Roman" w:hAnsi="Times New Roman" w:cs="Times New Roman"/>
          <w:sz w:val="24"/>
          <w:szCs w:val="24"/>
        </w:rPr>
        <w:t>Участники Общероссийского общественно-государственного движения детей и молодежи «Движение первых» МБОУ Верхнесоленовская СОШ приняли участие в разных мероприятиях, акциях, проектах, по данным направлениям:</w:t>
      </w:r>
    </w:p>
    <w:tbl>
      <w:tblPr>
        <w:tblStyle w:val="a5"/>
        <w:tblW w:w="10232" w:type="dxa"/>
        <w:tblInd w:w="-743" w:type="dxa"/>
        <w:tblLayout w:type="fixed"/>
        <w:tblLook w:val="04A0"/>
      </w:tblPr>
      <w:tblGrid>
        <w:gridCol w:w="2801"/>
        <w:gridCol w:w="1594"/>
        <w:gridCol w:w="2604"/>
        <w:gridCol w:w="3233"/>
      </w:tblGrid>
      <w:tr w:rsidR="000E49D6" w:rsidRPr="00CD58D2" w:rsidTr="000E49D6">
        <w:tc>
          <w:tcPr>
            <w:tcW w:w="10232" w:type="dxa"/>
            <w:gridSpan w:val="4"/>
            <w:vAlign w:val="center"/>
          </w:tcPr>
          <w:p w:rsidR="000E49D6" w:rsidRPr="00773990" w:rsidRDefault="007C7A31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b/>
                <w:bCs/>
                <w:sz w:val="24"/>
                <w:szCs w:val="24"/>
              </w:rPr>
              <w:t>Сентябрь</w:t>
            </w:r>
          </w:p>
        </w:tc>
      </w:tr>
      <w:tr w:rsidR="000E49D6" w:rsidRPr="00CD58D2" w:rsidTr="000E49D6">
        <w:trPr>
          <w:trHeight w:val="1721"/>
        </w:trPr>
        <w:tc>
          <w:tcPr>
            <w:tcW w:w="2801" w:type="dxa"/>
            <w:vAlign w:val="center"/>
          </w:tcPr>
          <w:p w:rsidR="000E49D6" w:rsidRPr="00773990" w:rsidRDefault="000E49D6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b/>
                <w:bCs/>
                <w:sz w:val="24"/>
                <w:szCs w:val="24"/>
              </w:rPr>
              <w:t>Категория события</w:t>
            </w:r>
          </w:p>
        </w:tc>
        <w:tc>
          <w:tcPr>
            <w:tcW w:w="1594" w:type="dxa"/>
            <w:vAlign w:val="center"/>
          </w:tcPr>
          <w:p w:rsidR="000E49D6" w:rsidRPr="00773990" w:rsidRDefault="000E49D6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2604" w:type="dxa"/>
            <w:vAlign w:val="center"/>
          </w:tcPr>
          <w:p w:rsidR="000E49D6" w:rsidRPr="00773990" w:rsidRDefault="000E49D6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b/>
                <w:bCs/>
                <w:sz w:val="24"/>
                <w:szCs w:val="24"/>
              </w:rPr>
              <w:t>Ссылка на публикацию в социальных сетях</w:t>
            </w:r>
          </w:p>
        </w:tc>
        <w:tc>
          <w:tcPr>
            <w:tcW w:w="3233" w:type="dxa"/>
            <w:vAlign w:val="center"/>
          </w:tcPr>
          <w:p w:rsidR="000E49D6" w:rsidRPr="00773990" w:rsidRDefault="000E49D6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b/>
                <w:bCs/>
                <w:sz w:val="24"/>
                <w:szCs w:val="24"/>
              </w:rPr>
              <w:t>Описание события (содержание, краткие итоги, количество участников) (содержание, краткие итоги, количество участников)</w:t>
            </w:r>
          </w:p>
        </w:tc>
      </w:tr>
      <w:tr w:rsidR="007C7A31" w:rsidRPr="00CD58D2" w:rsidTr="007E4F06">
        <w:trPr>
          <w:trHeight w:val="1721"/>
        </w:trPr>
        <w:tc>
          <w:tcPr>
            <w:tcW w:w="2801" w:type="dxa"/>
            <w:vAlign w:val="center"/>
          </w:tcPr>
          <w:p w:rsidR="007C7A31" w:rsidRPr="00773990" w:rsidRDefault="007C7A31" w:rsidP="008832B9">
            <w:pPr>
              <w:jc w:val="center"/>
              <w:rPr>
                <w:sz w:val="24"/>
                <w:szCs w:val="24"/>
              </w:rPr>
            </w:pPr>
            <w:r w:rsidRPr="00773990">
              <w:rPr>
                <w:sz w:val="24"/>
                <w:szCs w:val="24"/>
              </w:rPr>
              <w:t>День солидарности в борьбе с терроризмом.</w:t>
            </w:r>
          </w:p>
        </w:tc>
        <w:tc>
          <w:tcPr>
            <w:tcW w:w="1594" w:type="dxa"/>
            <w:vMerge w:val="restart"/>
            <w:vAlign w:val="center"/>
          </w:tcPr>
          <w:p w:rsidR="007C7A31" w:rsidRPr="00773990" w:rsidRDefault="007C7A31" w:rsidP="008832B9">
            <w:pPr>
              <w:jc w:val="center"/>
              <w:rPr>
                <w:sz w:val="24"/>
                <w:szCs w:val="24"/>
              </w:rPr>
            </w:pPr>
            <w:r w:rsidRPr="00773990">
              <w:rPr>
                <w:sz w:val="24"/>
                <w:szCs w:val="24"/>
              </w:rPr>
              <w:t>3.09</w:t>
            </w:r>
          </w:p>
        </w:tc>
        <w:tc>
          <w:tcPr>
            <w:tcW w:w="2604" w:type="dxa"/>
            <w:vAlign w:val="center"/>
          </w:tcPr>
          <w:p w:rsidR="007C7A31" w:rsidRPr="00773990" w:rsidRDefault="007C7A31" w:rsidP="007C7A31">
            <w:pPr>
              <w:jc w:val="center"/>
              <w:rPr>
                <w:sz w:val="24"/>
                <w:szCs w:val="24"/>
              </w:rPr>
            </w:pPr>
            <w:hyperlink r:id="rId5" w:history="1">
              <w:r w:rsidRPr="00773990">
                <w:rPr>
                  <w:rStyle w:val="a6"/>
                  <w:sz w:val="24"/>
                  <w:szCs w:val="24"/>
                </w:rPr>
                <w:t>https://vk.com/wall-217720873_1087</w:t>
              </w:r>
            </w:hyperlink>
            <w:r w:rsidRPr="00773990">
              <w:rPr>
                <w:sz w:val="24"/>
                <w:szCs w:val="24"/>
              </w:rPr>
              <w:t xml:space="preserve"> </w:t>
            </w:r>
          </w:p>
          <w:p w:rsidR="007C7A31" w:rsidRPr="00773990" w:rsidRDefault="007C7A31" w:rsidP="007C7A31">
            <w:pPr>
              <w:jc w:val="center"/>
              <w:rPr>
                <w:sz w:val="24"/>
                <w:szCs w:val="24"/>
              </w:rPr>
            </w:pPr>
            <w:hyperlink r:id="rId6" w:history="1">
              <w:r w:rsidRPr="00773990">
                <w:rPr>
                  <w:rStyle w:val="a6"/>
                  <w:sz w:val="24"/>
                  <w:szCs w:val="24"/>
                </w:rPr>
                <w:t>https://vk.com/wall-217720873_1089</w:t>
              </w:r>
            </w:hyperlink>
            <w:r w:rsidRPr="00773990">
              <w:rPr>
                <w:sz w:val="24"/>
                <w:szCs w:val="24"/>
              </w:rPr>
              <w:t xml:space="preserve"> </w:t>
            </w:r>
          </w:p>
          <w:p w:rsidR="007C7A31" w:rsidRPr="00773990" w:rsidRDefault="007C7A31" w:rsidP="007C7A31">
            <w:pPr>
              <w:jc w:val="center"/>
              <w:rPr>
                <w:sz w:val="24"/>
                <w:szCs w:val="24"/>
              </w:rPr>
            </w:pPr>
            <w:hyperlink r:id="rId7" w:history="1">
              <w:r w:rsidRPr="00773990">
                <w:rPr>
                  <w:rStyle w:val="a6"/>
                  <w:sz w:val="24"/>
                  <w:szCs w:val="24"/>
                </w:rPr>
                <w:t>https://vk.com/wall-217720873_1090</w:t>
              </w:r>
            </w:hyperlink>
            <w:r w:rsidRPr="00773990">
              <w:rPr>
                <w:sz w:val="24"/>
                <w:szCs w:val="24"/>
              </w:rPr>
              <w:t xml:space="preserve"> </w:t>
            </w:r>
          </w:p>
          <w:p w:rsidR="007C7A31" w:rsidRPr="00773990" w:rsidRDefault="007C7A31" w:rsidP="007C7A31">
            <w:pPr>
              <w:jc w:val="center"/>
              <w:rPr>
                <w:sz w:val="24"/>
                <w:szCs w:val="24"/>
              </w:rPr>
            </w:pPr>
            <w:hyperlink r:id="rId8" w:history="1">
              <w:r w:rsidRPr="00773990">
                <w:rPr>
                  <w:rStyle w:val="a6"/>
                  <w:sz w:val="24"/>
                  <w:szCs w:val="24"/>
                </w:rPr>
                <w:t>https://vk.com/wall-217720873_1091</w:t>
              </w:r>
            </w:hyperlink>
          </w:p>
          <w:p w:rsidR="007C7A31" w:rsidRPr="00773990" w:rsidRDefault="007C7A31" w:rsidP="007C7A31">
            <w:pPr>
              <w:rPr>
                <w:sz w:val="24"/>
                <w:szCs w:val="24"/>
              </w:rPr>
            </w:pPr>
          </w:p>
        </w:tc>
        <w:tc>
          <w:tcPr>
            <w:tcW w:w="3233" w:type="dxa"/>
          </w:tcPr>
          <w:p w:rsidR="007C7A31" w:rsidRPr="00773990" w:rsidRDefault="007C7A31" w:rsidP="007C7A31">
            <w:pPr>
              <w:rPr>
                <w:sz w:val="24"/>
                <w:szCs w:val="24"/>
              </w:rPr>
            </w:pPr>
            <w:r w:rsidRPr="00773990">
              <w:rPr>
                <w:sz w:val="24"/>
                <w:szCs w:val="24"/>
              </w:rPr>
              <w:t>Проведены классные часы, минуты памяти, тематические беседы и/или кинолектории, направленные на формирование культуры безопасности и гражданской ответственности.</w:t>
            </w:r>
          </w:p>
        </w:tc>
      </w:tr>
      <w:tr w:rsidR="007C7A31" w:rsidRPr="00CD58D2" w:rsidTr="007E4F06">
        <w:trPr>
          <w:trHeight w:val="1721"/>
        </w:trPr>
        <w:tc>
          <w:tcPr>
            <w:tcW w:w="2801" w:type="dxa"/>
            <w:vAlign w:val="center"/>
          </w:tcPr>
          <w:p w:rsidR="007C7A31" w:rsidRPr="00773990" w:rsidRDefault="007C7A31" w:rsidP="008832B9">
            <w:pPr>
              <w:jc w:val="center"/>
              <w:rPr>
                <w:sz w:val="24"/>
                <w:szCs w:val="24"/>
              </w:rPr>
            </w:pPr>
            <w:r w:rsidRPr="00773990">
              <w:rPr>
                <w:sz w:val="24"/>
                <w:szCs w:val="24"/>
              </w:rPr>
              <w:t>День Победы над милитаристской Японией и окончания</w:t>
            </w:r>
            <w:proofErr w:type="gramStart"/>
            <w:r w:rsidRPr="00773990">
              <w:rPr>
                <w:sz w:val="24"/>
                <w:szCs w:val="24"/>
              </w:rPr>
              <w:t xml:space="preserve">  В</w:t>
            </w:r>
            <w:proofErr w:type="gramEnd"/>
            <w:r w:rsidRPr="00773990">
              <w:rPr>
                <w:sz w:val="24"/>
                <w:szCs w:val="24"/>
              </w:rPr>
              <w:t>торой мировой войны (1945)</w:t>
            </w:r>
          </w:p>
        </w:tc>
        <w:tc>
          <w:tcPr>
            <w:tcW w:w="1594" w:type="dxa"/>
            <w:vMerge/>
            <w:vAlign w:val="center"/>
          </w:tcPr>
          <w:p w:rsidR="007C7A31" w:rsidRPr="00773990" w:rsidRDefault="007C7A31" w:rsidP="008832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4" w:type="dxa"/>
            <w:vAlign w:val="center"/>
          </w:tcPr>
          <w:p w:rsidR="007C7A31" w:rsidRPr="00773990" w:rsidRDefault="007C7A31" w:rsidP="007C7A31">
            <w:pPr>
              <w:jc w:val="center"/>
              <w:rPr>
                <w:sz w:val="24"/>
                <w:szCs w:val="24"/>
              </w:rPr>
            </w:pPr>
            <w:hyperlink r:id="rId9" w:history="1">
              <w:r w:rsidRPr="00773990">
                <w:rPr>
                  <w:rStyle w:val="a6"/>
                  <w:sz w:val="24"/>
                  <w:szCs w:val="24"/>
                </w:rPr>
                <w:t>https://vk.com/wall-217720873_1086</w:t>
              </w:r>
            </w:hyperlink>
            <w:r w:rsidRPr="00773990">
              <w:rPr>
                <w:sz w:val="24"/>
                <w:szCs w:val="24"/>
              </w:rPr>
              <w:t xml:space="preserve"> </w:t>
            </w:r>
          </w:p>
          <w:p w:rsidR="007C7A31" w:rsidRPr="00773990" w:rsidRDefault="007C7A31" w:rsidP="007C7A31">
            <w:pPr>
              <w:jc w:val="center"/>
              <w:rPr>
                <w:sz w:val="24"/>
                <w:szCs w:val="24"/>
              </w:rPr>
            </w:pPr>
            <w:hyperlink r:id="rId10" w:history="1">
              <w:r w:rsidRPr="00773990">
                <w:rPr>
                  <w:rStyle w:val="a6"/>
                  <w:sz w:val="24"/>
                  <w:szCs w:val="24"/>
                </w:rPr>
                <w:t>https://vk.com/wall-217720873_1100</w:t>
              </w:r>
            </w:hyperlink>
            <w:r w:rsidRPr="00773990">
              <w:rPr>
                <w:sz w:val="24"/>
                <w:szCs w:val="24"/>
              </w:rPr>
              <w:t xml:space="preserve"> </w:t>
            </w:r>
          </w:p>
          <w:p w:rsidR="007C7A31" w:rsidRPr="00773990" w:rsidRDefault="007C7A31" w:rsidP="008832B9">
            <w:pPr>
              <w:rPr>
                <w:sz w:val="24"/>
                <w:szCs w:val="24"/>
              </w:rPr>
            </w:pPr>
          </w:p>
        </w:tc>
        <w:tc>
          <w:tcPr>
            <w:tcW w:w="3233" w:type="dxa"/>
          </w:tcPr>
          <w:p w:rsidR="007C7A31" w:rsidRPr="00773990" w:rsidRDefault="007C7A31" w:rsidP="007C7A31">
            <w:pPr>
              <w:rPr>
                <w:sz w:val="24"/>
                <w:szCs w:val="24"/>
              </w:rPr>
            </w:pPr>
            <w:r w:rsidRPr="00773990">
              <w:rPr>
                <w:sz w:val="24"/>
                <w:szCs w:val="24"/>
              </w:rPr>
              <w:t>Проведены классные часы, минуты памяти, тематические беседы и/или кинолектории, направленные на формирование культуры безопасности и гражданской ответственности.</w:t>
            </w:r>
          </w:p>
        </w:tc>
      </w:tr>
      <w:tr w:rsidR="007C7A31" w:rsidRPr="00CD58D2" w:rsidTr="007E4F06">
        <w:trPr>
          <w:trHeight w:val="1721"/>
        </w:trPr>
        <w:tc>
          <w:tcPr>
            <w:tcW w:w="2801" w:type="dxa"/>
            <w:vAlign w:val="center"/>
          </w:tcPr>
          <w:p w:rsidR="007C7A31" w:rsidRPr="00773990" w:rsidRDefault="007C7A31" w:rsidP="008832B9">
            <w:pPr>
              <w:jc w:val="center"/>
              <w:rPr>
                <w:sz w:val="24"/>
                <w:szCs w:val="24"/>
              </w:rPr>
            </w:pPr>
            <w:r w:rsidRPr="00773990">
              <w:rPr>
                <w:sz w:val="24"/>
                <w:szCs w:val="24"/>
              </w:rPr>
              <w:t>День добрых дел Ростовской области</w:t>
            </w:r>
          </w:p>
        </w:tc>
        <w:tc>
          <w:tcPr>
            <w:tcW w:w="1594" w:type="dxa"/>
            <w:vAlign w:val="center"/>
          </w:tcPr>
          <w:p w:rsidR="007C7A31" w:rsidRPr="00773990" w:rsidRDefault="007C7A31" w:rsidP="008832B9">
            <w:pPr>
              <w:jc w:val="center"/>
              <w:rPr>
                <w:sz w:val="24"/>
                <w:szCs w:val="24"/>
              </w:rPr>
            </w:pPr>
            <w:r w:rsidRPr="00773990">
              <w:rPr>
                <w:sz w:val="24"/>
                <w:szCs w:val="24"/>
              </w:rPr>
              <w:t>6.09</w:t>
            </w:r>
          </w:p>
        </w:tc>
        <w:tc>
          <w:tcPr>
            <w:tcW w:w="2604" w:type="dxa"/>
            <w:vAlign w:val="center"/>
          </w:tcPr>
          <w:p w:rsidR="007C7A31" w:rsidRPr="00773990" w:rsidRDefault="007C7A31" w:rsidP="007C7A31">
            <w:pPr>
              <w:jc w:val="center"/>
              <w:rPr>
                <w:sz w:val="24"/>
                <w:szCs w:val="24"/>
              </w:rPr>
            </w:pPr>
            <w:hyperlink r:id="rId11" w:history="1">
              <w:r w:rsidRPr="00773990">
                <w:rPr>
                  <w:rStyle w:val="a6"/>
                  <w:sz w:val="24"/>
                  <w:szCs w:val="24"/>
                </w:rPr>
                <w:t>https://vk.com/wall-217720873_1092</w:t>
              </w:r>
            </w:hyperlink>
            <w:r w:rsidRPr="00773990">
              <w:rPr>
                <w:sz w:val="24"/>
                <w:szCs w:val="24"/>
              </w:rPr>
              <w:t xml:space="preserve"> </w:t>
            </w:r>
          </w:p>
          <w:p w:rsidR="007C7A31" w:rsidRPr="00773990" w:rsidRDefault="007C7A31" w:rsidP="007C7A31">
            <w:pPr>
              <w:jc w:val="center"/>
              <w:rPr>
                <w:sz w:val="24"/>
                <w:szCs w:val="24"/>
              </w:rPr>
            </w:pPr>
            <w:hyperlink r:id="rId12" w:history="1">
              <w:r w:rsidRPr="00773990">
                <w:rPr>
                  <w:rStyle w:val="a6"/>
                  <w:sz w:val="24"/>
                  <w:szCs w:val="24"/>
                </w:rPr>
                <w:t>https://vk.com/wall-217720873_1093</w:t>
              </w:r>
            </w:hyperlink>
            <w:r w:rsidRPr="00773990">
              <w:rPr>
                <w:sz w:val="24"/>
                <w:szCs w:val="24"/>
              </w:rPr>
              <w:t xml:space="preserve"> </w:t>
            </w:r>
          </w:p>
          <w:p w:rsidR="007C7A31" w:rsidRPr="00773990" w:rsidRDefault="007C7A31" w:rsidP="007C7A31">
            <w:pPr>
              <w:jc w:val="center"/>
              <w:rPr>
                <w:sz w:val="24"/>
                <w:szCs w:val="24"/>
              </w:rPr>
            </w:pPr>
            <w:hyperlink r:id="rId13" w:history="1">
              <w:r w:rsidRPr="00773990">
                <w:rPr>
                  <w:rStyle w:val="a6"/>
                  <w:sz w:val="24"/>
                  <w:szCs w:val="24"/>
                </w:rPr>
                <w:t>https://vk.com/wall-217720873_1094</w:t>
              </w:r>
            </w:hyperlink>
            <w:r w:rsidRPr="00773990">
              <w:rPr>
                <w:sz w:val="24"/>
                <w:szCs w:val="24"/>
              </w:rPr>
              <w:t xml:space="preserve"> </w:t>
            </w:r>
          </w:p>
          <w:p w:rsidR="007C7A31" w:rsidRPr="00773990" w:rsidRDefault="007C7A31" w:rsidP="008832B9">
            <w:pPr>
              <w:rPr>
                <w:sz w:val="24"/>
                <w:szCs w:val="24"/>
              </w:rPr>
            </w:pPr>
          </w:p>
        </w:tc>
        <w:tc>
          <w:tcPr>
            <w:tcW w:w="3233" w:type="dxa"/>
          </w:tcPr>
          <w:p w:rsidR="007C7A31" w:rsidRPr="00773990" w:rsidRDefault="007C7A31" w:rsidP="007C7A31">
            <w:pPr>
              <w:rPr>
                <w:sz w:val="24"/>
                <w:szCs w:val="24"/>
              </w:rPr>
            </w:pPr>
            <w:r w:rsidRPr="00773990">
              <w:rPr>
                <w:sz w:val="24"/>
                <w:szCs w:val="24"/>
              </w:rPr>
              <w:t>Организованы тематические классные часы, творческие задания и акции, направленные на воспитание уважения, доброжелательности и культуры мирного взаимодействия.</w:t>
            </w:r>
          </w:p>
        </w:tc>
      </w:tr>
      <w:tr w:rsidR="007C7A31" w:rsidRPr="00CD58D2" w:rsidTr="007E4F06">
        <w:trPr>
          <w:trHeight w:val="1721"/>
        </w:trPr>
        <w:tc>
          <w:tcPr>
            <w:tcW w:w="2801" w:type="dxa"/>
            <w:vAlign w:val="center"/>
          </w:tcPr>
          <w:p w:rsidR="007C7A31" w:rsidRPr="00773990" w:rsidRDefault="007C7A31" w:rsidP="008832B9">
            <w:pPr>
              <w:jc w:val="center"/>
              <w:rPr>
                <w:sz w:val="24"/>
                <w:szCs w:val="24"/>
              </w:rPr>
            </w:pPr>
            <w:r w:rsidRPr="00773990">
              <w:rPr>
                <w:sz w:val="24"/>
                <w:szCs w:val="24"/>
              </w:rPr>
              <w:t>Международный день распространения грамотности.</w:t>
            </w:r>
          </w:p>
        </w:tc>
        <w:tc>
          <w:tcPr>
            <w:tcW w:w="1594" w:type="dxa"/>
            <w:vAlign w:val="center"/>
          </w:tcPr>
          <w:p w:rsidR="007C7A31" w:rsidRPr="00773990" w:rsidRDefault="007C7A31" w:rsidP="008832B9">
            <w:pPr>
              <w:jc w:val="center"/>
              <w:rPr>
                <w:sz w:val="24"/>
                <w:szCs w:val="24"/>
              </w:rPr>
            </w:pPr>
            <w:r w:rsidRPr="00773990">
              <w:rPr>
                <w:sz w:val="24"/>
                <w:szCs w:val="24"/>
              </w:rPr>
              <w:t>8.09</w:t>
            </w:r>
          </w:p>
        </w:tc>
        <w:tc>
          <w:tcPr>
            <w:tcW w:w="2604" w:type="dxa"/>
            <w:vAlign w:val="center"/>
          </w:tcPr>
          <w:p w:rsidR="007C7A31" w:rsidRPr="00773990" w:rsidRDefault="007C7A31" w:rsidP="007C7A31">
            <w:pPr>
              <w:jc w:val="center"/>
              <w:rPr>
                <w:sz w:val="24"/>
                <w:szCs w:val="24"/>
              </w:rPr>
            </w:pPr>
            <w:hyperlink r:id="rId14" w:history="1">
              <w:r w:rsidRPr="00773990">
                <w:rPr>
                  <w:rStyle w:val="a6"/>
                  <w:sz w:val="24"/>
                  <w:szCs w:val="24"/>
                </w:rPr>
                <w:t>https://vk.com/wall-217720873_1095</w:t>
              </w:r>
            </w:hyperlink>
          </w:p>
          <w:p w:rsidR="007C7A31" w:rsidRPr="00773990" w:rsidRDefault="007C7A31" w:rsidP="007C7A31">
            <w:pPr>
              <w:jc w:val="center"/>
              <w:rPr>
                <w:sz w:val="24"/>
                <w:szCs w:val="24"/>
              </w:rPr>
            </w:pPr>
            <w:hyperlink r:id="rId15" w:history="1">
              <w:r w:rsidRPr="00773990">
                <w:rPr>
                  <w:rStyle w:val="a6"/>
                  <w:sz w:val="24"/>
                  <w:szCs w:val="24"/>
                </w:rPr>
                <w:t>https://vk.com/wall-217720873_1096</w:t>
              </w:r>
            </w:hyperlink>
            <w:r w:rsidRPr="00773990">
              <w:rPr>
                <w:sz w:val="24"/>
                <w:szCs w:val="24"/>
              </w:rPr>
              <w:t xml:space="preserve"> </w:t>
            </w:r>
          </w:p>
          <w:p w:rsidR="007C7A31" w:rsidRPr="00773990" w:rsidRDefault="007C7A31" w:rsidP="007C7A31">
            <w:pPr>
              <w:jc w:val="center"/>
              <w:rPr>
                <w:sz w:val="24"/>
                <w:szCs w:val="24"/>
              </w:rPr>
            </w:pPr>
            <w:hyperlink r:id="rId16" w:history="1">
              <w:r w:rsidRPr="00773990">
                <w:rPr>
                  <w:rStyle w:val="a6"/>
                  <w:sz w:val="24"/>
                  <w:szCs w:val="24"/>
                </w:rPr>
                <w:t>https://vk.com/wall-217720873_1097</w:t>
              </w:r>
            </w:hyperlink>
          </w:p>
          <w:p w:rsidR="007C7A31" w:rsidRPr="00773990" w:rsidRDefault="007C7A31" w:rsidP="008832B9">
            <w:pPr>
              <w:rPr>
                <w:sz w:val="24"/>
                <w:szCs w:val="24"/>
              </w:rPr>
            </w:pPr>
          </w:p>
        </w:tc>
        <w:tc>
          <w:tcPr>
            <w:tcW w:w="3233" w:type="dxa"/>
          </w:tcPr>
          <w:p w:rsidR="007C7A31" w:rsidRPr="00773990" w:rsidRDefault="007C7A31" w:rsidP="007C7A31">
            <w:pPr>
              <w:rPr>
                <w:sz w:val="24"/>
                <w:szCs w:val="24"/>
              </w:rPr>
            </w:pPr>
            <w:r w:rsidRPr="00773990">
              <w:rPr>
                <w:sz w:val="24"/>
                <w:szCs w:val="24"/>
              </w:rPr>
              <w:t>Организованы активности, посвящённые чтению, грамотной речи, бережному отношению к родному языку и культуре общения.</w:t>
            </w:r>
          </w:p>
          <w:p w:rsidR="007C7A31" w:rsidRPr="00773990" w:rsidRDefault="007C7A31" w:rsidP="007C7A31">
            <w:pPr>
              <w:jc w:val="center"/>
              <w:rPr>
                <w:sz w:val="24"/>
                <w:szCs w:val="24"/>
              </w:rPr>
            </w:pPr>
          </w:p>
        </w:tc>
      </w:tr>
      <w:tr w:rsidR="007C7A31" w:rsidRPr="00CD58D2" w:rsidTr="007E4F06">
        <w:trPr>
          <w:trHeight w:val="1721"/>
        </w:trPr>
        <w:tc>
          <w:tcPr>
            <w:tcW w:w="2801" w:type="dxa"/>
            <w:vAlign w:val="center"/>
          </w:tcPr>
          <w:p w:rsidR="007C7A31" w:rsidRPr="00773990" w:rsidRDefault="007C7A31" w:rsidP="008832B9">
            <w:pPr>
              <w:jc w:val="center"/>
              <w:rPr>
                <w:sz w:val="24"/>
                <w:szCs w:val="24"/>
              </w:rPr>
            </w:pPr>
            <w:r w:rsidRPr="00773990">
              <w:rPr>
                <w:sz w:val="24"/>
                <w:szCs w:val="24"/>
              </w:rPr>
              <w:lastRenderedPageBreak/>
              <w:t>88-лет со дня образования Ростовской области</w:t>
            </w:r>
          </w:p>
        </w:tc>
        <w:tc>
          <w:tcPr>
            <w:tcW w:w="1594" w:type="dxa"/>
            <w:vAlign w:val="center"/>
          </w:tcPr>
          <w:p w:rsidR="007C7A31" w:rsidRPr="00773990" w:rsidRDefault="007C7A31" w:rsidP="008832B9">
            <w:pPr>
              <w:jc w:val="center"/>
              <w:rPr>
                <w:sz w:val="24"/>
                <w:szCs w:val="24"/>
              </w:rPr>
            </w:pPr>
            <w:r w:rsidRPr="00773990">
              <w:rPr>
                <w:sz w:val="24"/>
                <w:szCs w:val="24"/>
              </w:rPr>
              <w:t>13.09</w:t>
            </w:r>
          </w:p>
        </w:tc>
        <w:tc>
          <w:tcPr>
            <w:tcW w:w="2604" w:type="dxa"/>
            <w:vAlign w:val="center"/>
          </w:tcPr>
          <w:p w:rsidR="007C7A31" w:rsidRPr="00773990" w:rsidRDefault="007C7A31" w:rsidP="007C7A31">
            <w:pPr>
              <w:jc w:val="center"/>
              <w:rPr>
                <w:sz w:val="24"/>
                <w:szCs w:val="24"/>
              </w:rPr>
            </w:pPr>
            <w:hyperlink r:id="rId17" w:history="1">
              <w:r w:rsidRPr="00773990">
                <w:rPr>
                  <w:rStyle w:val="a6"/>
                  <w:sz w:val="24"/>
                  <w:szCs w:val="24"/>
                </w:rPr>
                <w:t>https://vk.com/wall-217720873_1105</w:t>
              </w:r>
            </w:hyperlink>
            <w:r w:rsidRPr="00773990">
              <w:rPr>
                <w:sz w:val="24"/>
                <w:szCs w:val="24"/>
              </w:rPr>
              <w:t xml:space="preserve"> </w:t>
            </w:r>
          </w:p>
          <w:p w:rsidR="007C7A31" w:rsidRPr="00773990" w:rsidRDefault="007C7A31" w:rsidP="007C7A31">
            <w:pPr>
              <w:jc w:val="center"/>
              <w:rPr>
                <w:sz w:val="24"/>
                <w:szCs w:val="24"/>
              </w:rPr>
            </w:pPr>
            <w:hyperlink r:id="rId18" w:history="1">
              <w:r w:rsidRPr="00773990">
                <w:rPr>
                  <w:rStyle w:val="a6"/>
                  <w:sz w:val="24"/>
                  <w:szCs w:val="24"/>
                </w:rPr>
                <w:t>https://vk.com/wall-217720873_1101</w:t>
              </w:r>
            </w:hyperlink>
            <w:r w:rsidRPr="00773990">
              <w:rPr>
                <w:sz w:val="24"/>
                <w:szCs w:val="24"/>
              </w:rPr>
              <w:t xml:space="preserve"> </w:t>
            </w:r>
          </w:p>
          <w:p w:rsidR="007C7A31" w:rsidRPr="00773990" w:rsidRDefault="007C7A31" w:rsidP="008832B9">
            <w:pPr>
              <w:rPr>
                <w:sz w:val="24"/>
                <w:szCs w:val="24"/>
              </w:rPr>
            </w:pPr>
          </w:p>
        </w:tc>
        <w:tc>
          <w:tcPr>
            <w:tcW w:w="3233" w:type="dxa"/>
          </w:tcPr>
          <w:p w:rsidR="007C7A31" w:rsidRPr="00773990" w:rsidRDefault="007C7A31" w:rsidP="007C7A31">
            <w:pPr>
              <w:rPr>
                <w:sz w:val="24"/>
                <w:szCs w:val="24"/>
              </w:rPr>
            </w:pPr>
            <w:r w:rsidRPr="00773990">
              <w:rPr>
                <w:sz w:val="24"/>
                <w:szCs w:val="24"/>
              </w:rPr>
              <w:t>Организованы тематические классные часы, творческие задания и акции, направленные на воспитание уважения, доброжелательности и культуры мирного взаимодействия.</w:t>
            </w:r>
          </w:p>
          <w:p w:rsidR="007C7A31" w:rsidRPr="00773990" w:rsidRDefault="007C7A31" w:rsidP="007C7A31">
            <w:pPr>
              <w:jc w:val="center"/>
              <w:rPr>
                <w:sz w:val="24"/>
                <w:szCs w:val="24"/>
              </w:rPr>
            </w:pPr>
          </w:p>
        </w:tc>
      </w:tr>
      <w:tr w:rsidR="007C7A31" w:rsidRPr="00CD58D2" w:rsidTr="007E4F06">
        <w:trPr>
          <w:trHeight w:val="1721"/>
        </w:trPr>
        <w:tc>
          <w:tcPr>
            <w:tcW w:w="2801" w:type="dxa"/>
            <w:vAlign w:val="center"/>
          </w:tcPr>
          <w:p w:rsidR="007C7A31" w:rsidRPr="00773990" w:rsidRDefault="007C7A31" w:rsidP="008832B9">
            <w:pPr>
              <w:jc w:val="center"/>
              <w:rPr>
                <w:sz w:val="24"/>
                <w:szCs w:val="24"/>
              </w:rPr>
            </w:pPr>
            <w:r w:rsidRPr="00773990">
              <w:rPr>
                <w:sz w:val="24"/>
                <w:szCs w:val="24"/>
              </w:rPr>
              <w:t>Международный день памяти жертв фашизма.</w:t>
            </w:r>
          </w:p>
        </w:tc>
        <w:tc>
          <w:tcPr>
            <w:tcW w:w="1594" w:type="dxa"/>
            <w:vAlign w:val="center"/>
          </w:tcPr>
          <w:p w:rsidR="007C7A31" w:rsidRPr="00773990" w:rsidRDefault="007C7A31" w:rsidP="008832B9">
            <w:pPr>
              <w:jc w:val="center"/>
              <w:rPr>
                <w:sz w:val="24"/>
                <w:szCs w:val="24"/>
              </w:rPr>
            </w:pPr>
            <w:r w:rsidRPr="00773990">
              <w:rPr>
                <w:sz w:val="24"/>
                <w:szCs w:val="24"/>
              </w:rPr>
              <w:t>14.09</w:t>
            </w:r>
          </w:p>
        </w:tc>
        <w:tc>
          <w:tcPr>
            <w:tcW w:w="2604" w:type="dxa"/>
            <w:vAlign w:val="center"/>
          </w:tcPr>
          <w:p w:rsidR="007C7A31" w:rsidRPr="00773990" w:rsidRDefault="007C7A31" w:rsidP="007C7A31">
            <w:pPr>
              <w:jc w:val="center"/>
              <w:rPr>
                <w:sz w:val="24"/>
                <w:szCs w:val="24"/>
              </w:rPr>
            </w:pPr>
            <w:hyperlink r:id="rId19" w:history="1">
              <w:r w:rsidRPr="00773990">
                <w:rPr>
                  <w:rStyle w:val="a6"/>
                  <w:sz w:val="24"/>
                  <w:szCs w:val="24"/>
                </w:rPr>
                <w:t>https://vk.com/wall-217720873_1102</w:t>
              </w:r>
            </w:hyperlink>
          </w:p>
          <w:p w:rsidR="007C7A31" w:rsidRPr="00773990" w:rsidRDefault="007C7A31" w:rsidP="007C7A31">
            <w:pPr>
              <w:jc w:val="center"/>
              <w:rPr>
                <w:sz w:val="24"/>
                <w:szCs w:val="24"/>
              </w:rPr>
            </w:pPr>
            <w:hyperlink r:id="rId20" w:history="1">
              <w:r w:rsidRPr="00773990">
                <w:rPr>
                  <w:rStyle w:val="a6"/>
                  <w:sz w:val="24"/>
                  <w:szCs w:val="24"/>
                </w:rPr>
                <w:t>https://vk.com/wall-217720873_1103</w:t>
              </w:r>
            </w:hyperlink>
            <w:r w:rsidRPr="00773990">
              <w:rPr>
                <w:sz w:val="24"/>
                <w:szCs w:val="24"/>
              </w:rPr>
              <w:t xml:space="preserve"> </w:t>
            </w:r>
          </w:p>
          <w:p w:rsidR="007C7A31" w:rsidRPr="00773990" w:rsidRDefault="007C7A31" w:rsidP="008832B9">
            <w:pPr>
              <w:rPr>
                <w:sz w:val="24"/>
                <w:szCs w:val="24"/>
              </w:rPr>
            </w:pPr>
          </w:p>
          <w:p w:rsidR="007C7A31" w:rsidRPr="00773990" w:rsidRDefault="007C7A31" w:rsidP="008832B9">
            <w:pPr>
              <w:rPr>
                <w:sz w:val="24"/>
                <w:szCs w:val="24"/>
              </w:rPr>
            </w:pPr>
          </w:p>
        </w:tc>
        <w:tc>
          <w:tcPr>
            <w:tcW w:w="3233" w:type="dxa"/>
          </w:tcPr>
          <w:p w:rsidR="007C7A31" w:rsidRPr="00773990" w:rsidRDefault="007C7A31" w:rsidP="008832B9">
            <w:pPr>
              <w:jc w:val="center"/>
              <w:rPr>
                <w:sz w:val="24"/>
                <w:szCs w:val="24"/>
              </w:rPr>
            </w:pPr>
          </w:p>
          <w:p w:rsidR="007C7A31" w:rsidRPr="00773990" w:rsidRDefault="007C7A31" w:rsidP="008832B9">
            <w:pPr>
              <w:jc w:val="center"/>
              <w:rPr>
                <w:sz w:val="24"/>
                <w:szCs w:val="24"/>
              </w:rPr>
            </w:pPr>
            <w:r w:rsidRPr="00773990">
              <w:rPr>
                <w:sz w:val="24"/>
                <w:szCs w:val="24"/>
              </w:rPr>
              <w:t>Проведены информационно-просветительские мероприятия, посвящённые сохранению исторической памяти и недопущению идеологии фашизма.</w:t>
            </w:r>
          </w:p>
        </w:tc>
      </w:tr>
      <w:tr w:rsidR="007C7A31" w:rsidRPr="00CD58D2" w:rsidTr="007E4F06">
        <w:trPr>
          <w:trHeight w:val="1721"/>
        </w:trPr>
        <w:tc>
          <w:tcPr>
            <w:tcW w:w="2801" w:type="dxa"/>
            <w:vAlign w:val="center"/>
          </w:tcPr>
          <w:p w:rsidR="007C7A31" w:rsidRPr="00773990" w:rsidRDefault="007C7A31" w:rsidP="008832B9">
            <w:pPr>
              <w:jc w:val="center"/>
              <w:rPr>
                <w:sz w:val="24"/>
                <w:szCs w:val="24"/>
              </w:rPr>
            </w:pPr>
            <w:r w:rsidRPr="00773990">
              <w:rPr>
                <w:sz w:val="24"/>
                <w:szCs w:val="24"/>
              </w:rPr>
              <w:t xml:space="preserve">День воссоединения Донецкой Народной Республики, Луганской Народной Республики, Запорожской области и Херсонской области </w:t>
            </w:r>
            <w:proofErr w:type="gramStart"/>
            <w:r w:rsidRPr="00773990">
              <w:rPr>
                <w:sz w:val="24"/>
                <w:szCs w:val="24"/>
              </w:rPr>
              <w:t>с</w:t>
            </w:r>
            <w:proofErr w:type="gramEnd"/>
            <w:r w:rsidRPr="00773990">
              <w:rPr>
                <w:sz w:val="24"/>
                <w:szCs w:val="24"/>
              </w:rPr>
              <w:t xml:space="preserve"> Российской </w:t>
            </w:r>
            <w:proofErr w:type="spellStart"/>
            <w:r w:rsidRPr="00773990">
              <w:rPr>
                <w:sz w:val="24"/>
                <w:szCs w:val="24"/>
              </w:rPr>
              <w:t>едерацией</w:t>
            </w:r>
            <w:proofErr w:type="spellEnd"/>
          </w:p>
        </w:tc>
        <w:tc>
          <w:tcPr>
            <w:tcW w:w="1594" w:type="dxa"/>
            <w:vAlign w:val="center"/>
          </w:tcPr>
          <w:p w:rsidR="007C7A31" w:rsidRPr="00773990" w:rsidRDefault="007C7A31" w:rsidP="008832B9">
            <w:pPr>
              <w:jc w:val="center"/>
              <w:rPr>
                <w:sz w:val="24"/>
                <w:szCs w:val="24"/>
              </w:rPr>
            </w:pPr>
            <w:r w:rsidRPr="00773990">
              <w:rPr>
                <w:sz w:val="24"/>
                <w:szCs w:val="24"/>
              </w:rPr>
              <w:t>30.09</w:t>
            </w:r>
          </w:p>
        </w:tc>
        <w:tc>
          <w:tcPr>
            <w:tcW w:w="2604" w:type="dxa"/>
            <w:vAlign w:val="center"/>
          </w:tcPr>
          <w:p w:rsidR="007C7A31" w:rsidRPr="00773990" w:rsidRDefault="007C7A31" w:rsidP="007C7A31">
            <w:pPr>
              <w:jc w:val="center"/>
              <w:rPr>
                <w:sz w:val="24"/>
                <w:szCs w:val="24"/>
              </w:rPr>
            </w:pPr>
            <w:hyperlink r:id="rId21" w:history="1">
              <w:r w:rsidRPr="00773990">
                <w:rPr>
                  <w:rStyle w:val="a6"/>
                  <w:sz w:val="24"/>
                  <w:szCs w:val="24"/>
                </w:rPr>
                <w:t>https://vk.com/wall-217720873_1110</w:t>
              </w:r>
            </w:hyperlink>
          </w:p>
          <w:p w:rsidR="007C7A31" w:rsidRPr="00773990" w:rsidRDefault="007C7A31" w:rsidP="007C7A31">
            <w:pPr>
              <w:jc w:val="center"/>
              <w:rPr>
                <w:sz w:val="24"/>
                <w:szCs w:val="24"/>
              </w:rPr>
            </w:pPr>
            <w:hyperlink r:id="rId22" w:history="1">
              <w:r w:rsidRPr="00773990">
                <w:rPr>
                  <w:rStyle w:val="a6"/>
                  <w:sz w:val="24"/>
                  <w:szCs w:val="24"/>
                </w:rPr>
                <w:t>https://vk.com/wall-217720873_1114</w:t>
              </w:r>
            </w:hyperlink>
          </w:p>
          <w:p w:rsidR="007C7A31" w:rsidRPr="00773990" w:rsidRDefault="007C7A31" w:rsidP="007C7A31">
            <w:pPr>
              <w:jc w:val="center"/>
              <w:rPr>
                <w:sz w:val="24"/>
                <w:szCs w:val="24"/>
              </w:rPr>
            </w:pPr>
            <w:hyperlink r:id="rId23" w:history="1">
              <w:r w:rsidRPr="00773990">
                <w:rPr>
                  <w:rStyle w:val="a6"/>
                  <w:sz w:val="24"/>
                  <w:szCs w:val="24"/>
                </w:rPr>
                <w:t>https://vk.com/wall-217720873_1116</w:t>
              </w:r>
            </w:hyperlink>
            <w:r w:rsidRPr="00773990">
              <w:rPr>
                <w:sz w:val="24"/>
                <w:szCs w:val="24"/>
              </w:rPr>
              <w:t xml:space="preserve"> </w:t>
            </w:r>
          </w:p>
          <w:p w:rsidR="007C7A31" w:rsidRPr="00773990" w:rsidRDefault="007C7A31" w:rsidP="007C7A31">
            <w:pPr>
              <w:jc w:val="center"/>
              <w:rPr>
                <w:sz w:val="24"/>
                <w:szCs w:val="24"/>
              </w:rPr>
            </w:pPr>
            <w:hyperlink r:id="rId24" w:history="1">
              <w:r w:rsidRPr="00773990">
                <w:rPr>
                  <w:rStyle w:val="a6"/>
                  <w:sz w:val="24"/>
                  <w:szCs w:val="24"/>
                </w:rPr>
                <w:t>https://vk.com/wall-217720873_1117</w:t>
              </w:r>
            </w:hyperlink>
          </w:p>
          <w:p w:rsidR="007C7A31" w:rsidRPr="00773990" w:rsidRDefault="007C7A31" w:rsidP="007C7A31">
            <w:pPr>
              <w:jc w:val="center"/>
              <w:rPr>
                <w:sz w:val="24"/>
                <w:szCs w:val="24"/>
              </w:rPr>
            </w:pPr>
            <w:hyperlink r:id="rId25" w:history="1">
              <w:r w:rsidRPr="00773990">
                <w:rPr>
                  <w:rStyle w:val="a6"/>
                  <w:sz w:val="24"/>
                  <w:szCs w:val="24"/>
                </w:rPr>
                <w:t>https://vk.com/wall-217720873_1118</w:t>
              </w:r>
            </w:hyperlink>
          </w:p>
          <w:p w:rsidR="007C7A31" w:rsidRPr="00773990" w:rsidRDefault="007C7A31" w:rsidP="008832B9">
            <w:pPr>
              <w:rPr>
                <w:sz w:val="24"/>
                <w:szCs w:val="24"/>
              </w:rPr>
            </w:pPr>
          </w:p>
        </w:tc>
        <w:tc>
          <w:tcPr>
            <w:tcW w:w="3233" w:type="dxa"/>
          </w:tcPr>
          <w:p w:rsidR="007C7A31" w:rsidRPr="00773990" w:rsidRDefault="007C7A31" w:rsidP="007C7A31">
            <w:pPr>
              <w:rPr>
                <w:sz w:val="24"/>
                <w:szCs w:val="24"/>
              </w:rPr>
            </w:pPr>
            <w:r w:rsidRPr="00773990">
              <w:rPr>
                <w:sz w:val="24"/>
                <w:szCs w:val="24"/>
              </w:rPr>
              <w:t>Организованы тематические классные часы, творческие задания и акции, направленные на воспитание уважения, доброжелательности и культуры мирного взаимодействия.</w:t>
            </w:r>
          </w:p>
          <w:p w:rsidR="007C7A31" w:rsidRPr="00773990" w:rsidRDefault="007C7A31" w:rsidP="008832B9">
            <w:pPr>
              <w:jc w:val="center"/>
              <w:rPr>
                <w:sz w:val="24"/>
                <w:szCs w:val="24"/>
              </w:rPr>
            </w:pPr>
          </w:p>
          <w:p w:rsidR="007C7A31" w:rsidRPr="00773990" w:rsidRDefault="007C7A31" w:rsidP="008832B9">
            <w:pPr>
              <w:rPr>
                <w:sz w:val="24"/>
                <w:szCs w:val="24"/>
              </w:rPr>
            </w:pPr>
          </w:p>
        </w:tc>
      </w:tr>
      <w:tr w:rsidR="00773990" w:rsidRPr="00CD58D2" w:rsidTr="00773990">
        <w:trPr>
          <w:trHeight w:val="549"/>
        </w:trPr>
        <w:tc>
          <w:tcPr>
            <w:tcW w:w="10232" w:type="dxa"/>
            <w:gridSpan w:val="4"/>
            <w:vAlign w:val="center"/>
          </w:tcPr>
          <w:p w:rsidR="00773990" w:rsidRPr="00773990" w:rsidRDefault="00773990" w:rsidP="00773990">
            <w:pPr>
              <w:jc w:val="center"/>
              <w:rPr>
                <w:b/>
                <w:sz w:val="24"/>
                <w:szCs w:val="24"/>
              </w:rPr>
            </w:pPr>
            <w:r w:rsidRPr="00773990">
              <w:rPr>
                <w:b/>
                <w:sz w:val="24"/>
                <w:szCs w:val="24"/>
              </w:rPr>
              <w:t>Октябрь</w:t>
            </w:r>
          </w:p>
        </w:tc>
      </w:tr>
      <w:tr w:rsidR="00773990" w:rsidRPr="00CD58D2" w:rsidTr="00123857">
        <w:trPr>
          <w:trHeight w:val="1721"/>
        </w:trPr>
        <w:tc>
          <w:tcPr>
            <w:tcW w:w="2801" w:type="dxa"/>
            <w:vAlign w:val="center"/>
          </w:tcPr>
          <w:p w:rsidR="00773990" w:rsidRPr="00773990" w:rsidRDefault="00773990" w:rsidP="008832B9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b/>
                <w:bCs/>
                <w:sz w:val="24"/>
                <w:szCs w:val="24"/>
              </w:rPr>
              <w:t>Категория события</w:t>
            </w:r>
          </w:p>
        </w:tc>
        <w:tc>
          <w:tcPr>
            <w:tcW w:w="1594" w:type="dxa"/>
            <w:vAlign w:val="center"/>
          </w:tcPr>
          <w:p w:rsidR="00773990" w:rsidRPr="00773990" w:rsidRDefault="00773990" w:rsidP="008832B9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2604" w:type="dxa"/>
            <w:vAlign w:val="center"/>
          </w:tcPr>
          <w:p w:rsidR="00773990" w:rsidRPr="00773990" w:rsidRDefault="00773990" w:rsidP="008832B9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b/>
                <w:bCs/>
                <w:sz w:val="24"/>
                <w:szCs w:val="24"/>
              </w:rPr>
              <w:t>Ссылка на публикацию в социальных сетях</w:t>
            </w:r>
          </w:p>
        </w:tc>
        <w:tc>
          <w:tcPr>
            <w:tcW w:w="3233" w:type="dxa"/>
            <w:vAlign w:val="center"/>
          </w:tcPr>
          <w:p w:rsidR="00773990" w:rsidRPr="00773990" w:rsidRDefault="00773990" w:rsidP="008832B9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b/>
                <w:bCs/>
                <w:sz w:val="24"/>
                <w:szCs w:val="24"/>
              </w:rPr>
              <w:t>Описание события (содержание, краткие итоги, количество участников) (содержание, краткие итоги, количество участников)</w:t>
            </w:r>
          </w:p>
        </w:tc>
      </w:tr>
      <w:tr w:rsidR="007C7A31" w:rsidRPr="00CD58D2" w:rsidTr="007E4F06">
        <w:trPr>
          <w:trHeight w:val="1721"/>
        </w:trPr>
        <w:tc>
          <w:tcPr>
            <w:tcW w:w="2801" w:type="dxa"/>
            <w:vAlign w:val="center"/>
          </w:tcPr>
          <w:p w:rsidR="007C7A31" w:rsidRPr="00773990" w:rsidRDefault="007C7A31" w:rsidP="007C7A31">
            <w:pPr>
              <w:jc w:val="center"/>
              <w:rPr>
                <w:sz w:val="24"/>
                <w:szCs w:val="24"/>
              </w:rPr>
            </w:pPr>
            <w:r w:rsidRPr="00773990">
              <w:rPr>
                <w:sz w:val="24"/>
                <w:szCs w:val="24"/>
              </w:rPr>
              <w:t xml:space="preserve">Международный день пожилых людей </w:t>
            </w:r>
          </w:p>
        </w:tc>
        <w:tc>
          <w:tcPr>
            <w:tcW w:w="1594" w:type="dxa"/>
            <w:vMerge w:val="restart"/>
            <w:vAlign w:val="center"/>
          </w:tcPr>
          <w:p w:rsidR="007C7A31" w:rsidRPr="00773990" w:rsidRDefault="007C7A31" w:rsidP="008832B9">
            <w:pPr>
              <w:jc w:val="center"/>
              <w:rPr>
                <w:sz w:val="24"/>
                <w:szCs w:val="24"/>
              </w:rPr>
            </w:pPr>
            <w:r w:rsidRPr="00773990">
              <w:rPr>
                <w:sz w:val="24"/>
                <w:szCs w:val="24"/>
              </w:rPr>
              <w:t>1.10</w:t>
            </w:r>
          </w:p>
        </w:tc>
        <w:tc>
          <w:tcPr>
            <w:tcW w:w="2604" w:type="dxa"/>
            <w:vAlign w:val="center"/>
          </w:tcPr>
          <w:p w:rsidR="007C7A31" w:rsidRPr="00773990" w:rsidRDefault="007C7A31" w:rsidP="007C7A31">
            <w:pPr>
              <w:jc w:val="center"/>
              <w:rPr>
                <w:sz w:val="24"/>
                <w:szCs w:val="24"/>
              </w:rPr>
            </w:pPr>
            <w:hyperlink r:id="rId26" w:history="1">
              <w:r w:rsidRPr="00773990">
                <w:rPr>
                  <w:rStyle w:val="a6"/>
                  <w:sz w:val="24"/>
                  <w:szCs w:val="24"/>
                </w:rPr>
                <w:t>https://vk.com/wall-217720873_1121</w:t>
              </w:r>
            </w:hyperlink>
            <w:r w:rsidRPr="00773990">
              <w:rPr>
                <w:sz w:val="24"/>
                <w:szCs w:val="24"/>
              </w:rPr>
              <w:t xml:space="preserve"> </w:t>
            </w:r>
          </w:p>
          <w:p w:rsidR="007C7A31" w:rsidRPr="00773990" w:rsidRDefault="007C7A31" w:rsidP="007C7A31">
            <w:pPr>
              <w:jc w:val="center"/>
              <w:rPr>
                <w:sz w:val="24"/>
                <w:szCs w:val="24"/>
              </w:rPr>
            </w:pPr>
            <w:hyperlink r:id="rId27" w:history="1">
              <w:r w:rsidRPr="00773990">
                <w:rPr>
                  <w:rStyle w:val="a6"/>
                  <w:sz w:val="24"/>
                  <w:szCs w:val="24"/>
                </w:rPr>
                <w:t>https://vk.com/wall-217720873_1122</w:t>
              </w:r>
            </w:hyperlink>
          </w:p>
          <w:p w:rsidR="007C7A31" w:rsidRPr="00773990" w:rsidRDefault="007C7A31" w:rsidP="007C7A31">
            <w:pPr>
              <w:jc w:val="center"/>
              <w:rPr>
                <w:sz w:val="24"/>
                <w:szCs w:val="24"/>
              </w:rPr>
            </w:pPr>
            <w:hyperlink r:id="rId28" w:history="1">
              <w:r w:rsidRPr="00773990">
                <w:rPr>
                  <w:rStyle w:val="a6"/>
                  <w:sz w:val="24"/>
                  <w:szCs w:val="24"/>
                </w:rPr>
                <w:t>https://vk.com/wall-217720873_1124</w:t>
              </w:r>
            </w:hyperlink>
          </w:p>
          <w:p w:rsidR="007C7A31" w:rsidRPr="00773990" w:rsidRDefault="007C7A31" w:rsidP="008832B9">
            <w:pPr>
              <w:rPr>
                <w:sz w:val="24"/>
                <w:szCs w:val="24"/>
              </w:rPr>
            </w:pPr>
          </w:p>
        </w:tc>
        <w:tc>
          <w:tcPr>
            <w:tcW w:w="3233" w:type="dxa"/>
          </w:tcPr>
          <w:p w:rsidR="007C7A31" w:rsidRPr="00773990" w:rsidRDefault="007C7A31" w:rsidP="007C7A31">
            <w:pPr>
              <w:rPr>
                <w:sz w:val="24"/>
                <w:szCs w:val="24"/>
              </w:rPr>
            </w:pPr>
            <w:r w:rsidRPr="00773990">
              <w:rPr>
                <w:sz w:val="24"/>
                <w:szCs w:val="24"/>
              </w:rPr>
              <w:t>Обучающиеся приняли участие в поздравительных, творческих и просветительских мероприятиях, направленных на развитие уважения к старшему поколению</w:t>
            </w:r>
          </w:p>
        </w:tc>
      </w:tr>
      <w:tr w:rsidR="007C7A31" w:rsidRPr="00CD58D2" w:rsidTr="007E4F06">
        <w:trPr>
          <w:trHeight w:val="1721"/>
        </w:trPr>
        <w:tc>
          <w:tcPr>
            <w:tcW w:w="2801" w:type="dxa"/>
            <w:vAlign w:val="center"/>
          </w:tcPr>
          <w:p w:rsidR="007C7A31" w:rsidRPr="00773990" w:rsidRDefault="007C7A31" w:rsidP="008832B9">
            <w:pPr>
              <w:jc w:val="center"/>
              <w:rPr>
                <w:sz w:val="24"/>
                <w:szCs w:val="24"/>
              </w:rPr>
            </w:pPr>
            <w:r w:rsidRPr="00773990">
              <w:rPr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594" w:type="dxa"/>
            <w:vMerge/>
            <w:vAlign w:val="center"/>
          </w:tcPr>
          <w:p w:rsidR="007C7A31" w:rsidRPr="00773990" w:rsidRDefault="007C7A31" w:rsidP="008832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4" w:type="dxa"/>
            <w:vAlign w:val="center"/>
          </w:tcPr>
          <w:p w:rsidR="007C7A31" w:rsidRPr="00773990" w:rsidRDefault="007C7A31" w:rsidP="007C7A31">
            <w:pPr>
              <w:jc w:val="center"/>
              <w:rPr>
                <w:sz w:val="24"/>
                <w:szCs w:val="24"/>
              </w:rPr>
            </w:pPr>
            <w:hyperlink r:id="rId29" w:history="1">
              <w:r w:rsidRPr="00773990">
                <w:rPr>
                  <w:rStyle w:val="a6"/>
                  <w:sz w:val="24"/>
                  <w:szCs w:val="24"/>
                </w:rPr>
                <w:t>https://vk.com/wall-217720873_1120</w:t>
              </w:r>
            </w:hyperlink>
          </w:p>
          <w:p w:rsidR="007C7A31" w:rsidRPr="00773990" w:rsidRDefault="007C7A31" w:rsidP="007C7A31">
            <w:pPr>
              <w:jc w:val="center"/>
              <w:rPr>
                <w:sz w:val="24"/>
                <w:szCs w:val="24"/>
              </w:rPr>
            </w:pPr>
            <w:hyperlink r:id="rId30" w:history="1">
              <w:r w:rsidRPr="00773990">
                <w:rPr>
                  <w:rStyle w:val="a6"/>
                  <w:sz w:val="24"/>
                  <w:szCs w:val="24"/>
                </w:rPr>
                <w:t>https://vk.com/wall-217720873_1123</w:t>
              </w:r>
            </w:hyperlink>
          </w:p>
          <w:p w:rsidR="007C7A31" w:rsidRPr="00773990" w:rsidRDefault="007C7A31" w:rsidP="008832B9">
            <w:pPr>
              <w:rPr>
                <w:sz w:val="24"/>
                <w:szCs w:val="24"/>
              </w:rPr>
            </w:pPr>
          </w:p>
        </w:tc>
        <w:tc>
          <w:tcPr>
            <w:tcW w:w="3233" w:type="dxa"/>
          </w:tcPr>
          <w:p w:rsidR="007C7A31" w:rsidRPr="00773990" w:rsidRDefault="007C7A31" w:rsidP="008832B9">
            <w:pPr>
              <w:jc w:val="center"/>
              <w:rPr>
                <w:sz w:val="24"/>
                <w:szCs w:val="24"/>
              </w:rPr>
            </w:pPr>
          </w:p>
          <w:p w:rsidR="007C7A31" w:rsidRPr="00773990" w:rsidRDefault="007C7A31" w:rsidP="007C7A31">
            <w:pPr>
              <w:rPr>
                <w:sz w:val="24"/>
                <w:szCs w:val="24"/>
              </w:rPr>
            </w:pPr>
            <w:proofErr w:type="gramStart"/>
            <w:r w:rsidRPr="00773990">
              <w:rPr>
                <w:sz w:val="24"/>
                <w:szCs w:val="24"/>
              </w:rPr>
              <w:t>Обучающиеся</w:t>
            </w:r>
            <w:proofErr w:type="gramEnd"/>
            <w:r w:rsidRPr="00773990">
              <w:rPr>
                <w:sz w:val="24"/>
                <w:szCs w:val="24"/>
              </w:rPr>
              <w:t xml:space="preserve"> приняли участие в поздравительных, творческих и просветительских мероприятиях, направленных на развитие приобщение к музыкальной культуре.</w:t>
            </w:r>
          </w:p>
        </w:tc>
      </w:tr>
      <w:tr w:rsidR="007C7A31" w:rsidRPr="00CD58D2" w:rsidTr="007E4F06">
        <w:trPr>
          <w:trHeight w:val="1721"/>
        </w:trPr>
        <w:tc>
          <w:tcPr>
            <w:tcW w:w="2801" w:type="dxa"/>
            <w:vAlign w:val="center"/>
          </w:tcPr>
          <w:p w:rsidR="007C7A31" w:rsidRPr="00773990" w:rsidRDefault="007C7A31" w:rsidP="008832B9">
            <w:pPr>
              <w:jc w:val="center"/>
              <w:rPr>
                <w:sz w:val="24"/>
                <w:szCs w:val="24"/>
              </w:rPr>
            </w:pPr>
            <w:r w:rsidRPr="00773990">
              <w:rPr>
                <w:sz w:val="24"/>
                <w:szCs w:val="24"/>
              </w:rPr>
              <w:lastRenderedPageBreak/>
              <w:t>День учителя.</w:t>
            </w:r>
          </w:p>
        </w:tc>
        <w:tc>
          <w:tcPr>
            <w:tcW w:w="1594" w:type="dxa"/>
            <w:vAlign w:val="center"/>
          </w:tcPr>
          <w:p w:rsidR="007C7A31" w:rsidRPr="00773990" w:rsidRDefault="007C7A31" w:rsidP="008832B9">
            <w:pPr>
              <w:jc w:val="center"/>
              <w:rPr>
                <w:sz w:val="24"/>
                <w:szCs w:val="24"/>
              </w:rPr>
            </w:pPr>
            <w:r w:rsidRPr="00773990">
              <w:rPr>
                <w:sz w:val="24"/>
                <w:szCs w:val="24"/>
              </w:rPr>
              <w:t>5.10</w:t>
            </w:r>
          </w:p>
        </w:tc>
        <w:tc>
          <w:tcPr>
            <w:tcW w:w="2604" w:type="dxa"/>
            <w:vAlign w:val="center"/>
          </w:tcPr>
          <w:p w:rsidR="007C7A31" w:rsidRPr="00773990" w:rsidRDefault="007C7A31" w:rsidP="007C7A31">
            <w:pPr>
              <w:jc w:val="center"/>
              <w:rPr>
                <w:sz w:val="24"/>
                <w:szCs w:val="24"/>
              </w:rPr>
            </w:pPr>
            <w:hyperlink r:id="rId31" w:history="1">
              <w:r w:rsidRPr="00773990">
                <w:rPr>
                  <w:rStyle w:val="a6"/>
                  <w:sz w:val="24"/>
                  <w:szCs w:val="24"/>
                </w:rPr>
                <w:t>https://vk.com/wall-217720873_1125</w:t>
              </w:r>
            </w:hyperlink>
          </w:p>
          <w:p w:rsidR="007C7A31" w:rsidRPr="00773990" w:rsidRDefault="007C7A31" w:rsidP="007C7A31">
            <w:pPr>
              <w:jc w:val="center"/>
              <w:rPr>
                <w:sz w:val="24"/>
                <w:szCs w:val="24"/>
              </w:rPr>
            </w:pPr>
            <w:hyperlink r:id="rId32" w:history="1">
              <w:r w:rsidRPr="00773990">
                <w:rPr>
                  <w:rStyle w:val="a6"/>
                  <w:sz w:val="24"/>
                  <w:szCs w:val="24"/>
                </w:rPr>
                <w:t>https://vk.com/wall-217720873_1126</w:t>
              </w:r>
            </w:hyperlink>
          </w:p>
          <w:p w:rsidR="007C7A31" w:rsidRPr="00773990" w:rsidRDefault="007C7A31" w:rsidP="007C7A31">
            <w:pPr>
              <w:jc w:val="center"/>
              <w:rPr>
                <w:sz w:val="24"/>
                <w:szCs w:val="24"/>
              </w:rPr>
            </w:pPr>
            <w:hyperlink r:id="rId33" w:history="1">
              <w:r w:rsidRPr="00773990">
                <w:rPr>
                  <w:rStyle w:val="a6"/>
                  <w:sz w:val="24"/>
                  <w:szCs w:val="24"/>
                </w:rPr>
                <w:t>https://vk.com/wall-217720873_1127</w:t>
              </w:r>
            </w:hyperlink>
          </w:p>
          <w:p w:rsidR="007C7A31" w:rsidRPr="00773990" w:rsidRDefault="007C7A31" w:rsidP="007C7A31">
            <w:pPr>
              <w:jc w:val="center"/>
              <w:rPr>
                <w:sz w:val="24"/>
                <w:szCs w:val="24"/>
              </w:rPr>
            </w:pPr>
            <w:hyperlink r:id="rId34" w:history="1">
              <w:r w:rsidRPr="00773990">
                <w:rPr>
                  <w:rStyle w:val="a6"/>
                  <w:sz w:val="24"/>
                  <w:szCs w:val="24"/>
                </w:rPr>
                <w:t>https://vk.com/wall-217720873_1128</w:t>
              </w:r>
            </w:hyperlink>
          </w:p>
          <w:p w:rsidR="007C7A31" w:rsidRPr="00773990" w:rsidRDefault="007C7A31" w:rsidP="008832B9">
            <w:pPr>
              <w:rPr>
                <w:sz w:val="24"/>
                <w:szCs w:val="24"/>
              </w:rPr>
            </w:pPr>
          </w:p>
        </w:tc>
        <w:tc>
          <w:tcPr>
            <w:tcW w:w="3233" w:type="dxa"/>
          </w:tcPr>
          <w:p w:rsidR="007C7A31" w:rsidRPr="00773990" w:rsidRDefault="007C7A31" w:rsidP="007C7A31">
            <w:pPr>
              <w:rPr>
                <w:sz w:val="24"/>
                <w:szCs w:val="24"/>
              </w:rPr>
            </w:pPr>
            <w:r w:rsidRPr="00773990">
              <w:rPr>
                <w:sz w:val="24"/>
                <w:szCs w:val="24"/>
              </w:rPr>
              <w:t xml:space="preserve">Активисты приняли участие в подготовке поздравительных мероприятий, творческих номеров, открыток, </w:t>
            </w:r>
            <w:proofErr w:type="spellStart"/>
            <w:r w:rsidRPr="00773990">
              <w:rPr>
                <w:sz w:val="24"/>
                <w:szCs w:val="24"/>
              </w:rPr>
              <w:t>флешмобов</w:t>
            </w:r>
            <w:proofErr w:type="spellEnd"/>
            <w:r w:rsidRPr="00773990">
              <w:rPr>
                <w:sz w:val="24"/>
                <w:szCs w:val="24"/>
              </w:rPr>
              <w:t xml:space="preserve"> и информационного сопровождения праздника.</w:t>
            </w:r>
          </w:p>
        </w:tc>
      </w:tr>
      <w:tr w:rsidR="007C7A31" w:rsidRPr="00CD58D2" w:rsidTr="007E4F06">
        <w:trPr>
          <w:trHeight w:val="1721"/>
        </w:trPr>
        <w:tc>
          <w:tcPr>
            <w:tcW w:w="2801" w:type="dxa"/>
            <w:vAlign w:val="center"/>
          </w:tcPr>
          <w:p w:rsidR="007C7A31" w:rsidRPr="00773990" w:rsidRDefault="007C7A31" w:rsidP="008832B9">
            <w:pPr>
              <w:jc w:val="center"/>
              <w:rPr>
                <w:sz w:val="24"/>
                <w:szCs w:val="24"/>
              </w:rPr>
            </w:pPr>
            <w:r w:rsidRPr="00773990">
              <w:rPr>
                <w:sz w:val="24"/>
                <w:szCs w:val="24"/>
              </w:rPr>
              <w:t>День казачьей воинской славы</w:t>
            </w:r>
          </w:p>
        </w:tc>
        <w:tc>
          <w:tcPr>
            <w:tcW w:w="1594" w:type="dxa"/>
            <w:vAlign w:val="center"/>
          </w:tcPr>
          <w:p w:rsidR="007C7A31" w:rsidRPr="00773990" w:rsidRDefault="007C7A31" w:rsidP="008832B9">
            <w:pPr>
              <w:jc w:val="center"/>
              <w:rPr>
                <w:sz w:val="24"/>
                <w:szCs w:val="24"/>
              </w:rPr>
            </w:pPr>
            <w:r w:rsidRPr="00773990">
              <w:rPr>
                <w:sz w:val="24"/>
                <w:szCs w:val="24"/>
              </w:rPr>
              <w:t>14.10</w:t>
            </w:r>
          </w:p>
        </w:tc>
        <w:tc>
          <w:tcPr>
            <w:tcW w:w="2604" w:type="dxa"/>
            <w:vAlign w:val="center"/>
          </w:tcPr>
          <w:p w:rsidR="007C7A31" w:rsidRPr="00773990" w:rsidRDefault="007C7A31" w:rsidP="007C7A31">
            <w:pPr>
              <w:jc w:val="center"/>
              <w:rPr>
                <w:sz w:val="24"/>
                <w:szCs w:val="24"/>
              </w:rPr>
            </w:pPr>
            <w:hyperlink r:id="rId35" w:history="1">
              <w:r w:rsidRPr="00773990">
                <w:rPr>
                  <w:rStyle w:val="a6"/>
                  <w:sz w:val="24"/>
                  <w:szCs w:val="24"/>
                </w:rPr>
                <w:t>https://vk.com/wall-217720873_1131</w:t>
              </w:r>
            </w:hyperlink>
          </w:p>
          <w:p w:rsidR="007C7A31" w:rsidRPr="00773990" w:rsidRDefault="007C7A31" w:rsidP="007C7A31">
            <w:pPr>
              <w:jc w:val="center"/>
              <w:rPr>
                <w:sz w:val="24"/>
                <w:szCs w:val="24"/>
              </w:rPr>
            </w:pPr>
            <w:hyperlink r:id="rId36" w:history="1">
              <w:r w:rsidRPr="00773990">
                <w:rPr>
                  <w:rStyle w:val="a6"/>
                  <w:sz w:val="24"/>
                  <w:szCs w:val="24"/>
                </w:rPr>
                <w:t>https://vk.com/wall-217720873_1132</w:t>
              </w:r>
            </w:hyperlink>
          </w:p>
          <w:p w:rsidR="007C7A31" w:rsidRPr="00773990" w:rsidRDefault="007C7A31" w:rsidP="008832B9">
            <w:pPr>
              <w:rPr>
                <w:sz w:val="24"/>
                <w:szCs w:val="24"/>
              </w:rPr>
            </w:pPr>
          </w:p>
        </w:tc>
        <w:tc>
          <w:tcPr>
            <w:tcW w:w="3233" w:type="dxa"/>
          </w:tcPr>
          <w:p w:rsidR="007C7A31" w:rsidRPr="00773990" w:rsidRDefault="007C7A31" w:rsidP="008832B9">
            <w:pPr>
              <w:jc w:val="center"/>
              <w:rPr>
                <w:sz w:val="24"/>
                <w:szCs w:val="24"/>
              </w:rPr>
            </w:pPr>
          </w:p>
          <w:p w:rsidR="007C7A31" w:rsidRPr="00773990" w:rsidRDefault="007C7A31" w:rsidP="007C7A31">
            <w:pPr>
              <w:rPr>
                <w:sz w:val="24"/>
                <w:szCs w:val="24"/>
              </w:rPr>
            </w:pPr>
            <w:r w:rsidRPr="00773990">
              <w:rPr>
                <w:sz w:val="24"/>
                <w:szCs w:val="24"/>
              </w:rPr>
              <w:t>Проведены просветительские мероприятия об исторической памяти, ответственности за преступления против человечества и важности правовой культуры.</w:t>
            </w:r>
          </w:p>
        </w:tc>
      </w:tr>
      <w:tr w:rsidR="007C7A31" w:rsidRPr="00CD58D2" w:rsidTr="007E4F06">
        <w:trPr>
          <w:trHeight w:val="1721"/>
        </w:trPr>
        <w:tc>
          <w:tcPr>
            <w:tcW w:w="2801" w:type="dxa"/>
            <w:vAlign w:val="center"/>
          </w:tcPr>
          <w:p w:rsidR="007C7A31" w:rsidRPr="00773990" w:rsidRDefault="007C7A31" w:rsidP="008832B9">
            <w:pPr>
              <w:jc w:val="center"/>
              <w:rPr>
                <w:sz w:val="24"/>
                <w:szCs w:val="24"/>
              </w:rPr>
            </w:pPr>
            <w:r w:rsidRPr="00773990">
              <w:rPr>
                <w:sz w:val="24"/>
                <w:szCs w:val="24"/>
              </w:rPr>
              <w:t>День отца</w:t>
            </w:r>
          </w:p>
        </w:tc>
        <w:tc>
          <w:tcPr>
            <w:tcW w:w="1594" w:type="dxa"/>
            <w:vAlign w:val="center"/>
          </w:tcPr>
          <w:p w:rsidR="007C7A31" w:rsidRPr="00773990" w:rsidRDefault="007C7A31" w:rsidP="008832B9">
            <w:pPr>
              <w:jc w:val="center"/>
              <w:rPr>
                <w:sz w:val="24"/>
                <w:szCs w:val="24"/>
              </w:rPr>
            </w:pPr>
            <w:r w:rsidRPr="00773990">
              <w:rPr>
                <w:sz w:val="24"/>
                <w:szCs w:val="24"/>
              </w:rPr>
              <w:t>19.10</w:t>
            </w:r>
          </w:p>
        </w:tc>
        <w:tc>
          <w:tcPr>
            <w:tcW w:w="2604" w:type="dxa"/>
            <w:vAlign w:val="center"/>
          </w:tcPr>
          <w:p w:rsidR="007C7A31" w:rsidRPr="00773990" w:rsidRDefault="007C7A31" w:rsidP="007C7A31">
            <w:pPr>
              <w:jc w:val="center"/>
              <w:rPr>
                <w:sz w:val="24"/>
                <w:szCs w:val="24"/>
              </w:rPr>
            </w:pPr>
            <w:hyperlink r:id="rId37" w:history="1">
              <w:r w:rsidRPr="00773990">
                <w:rPr>
                  <w:rStyle w:val="a6"/>
                  <w:sz w:val="24"/>
                  <w:szCs w:val="24"/>
                </w:rPr>
                <w:t>https://vk.com/wall-217720873_1133</w:t>
              </w:r>
            </w:hyperlink>
          </w:p>
          <w:p w:rsidR="007C7A31" w:rsidRPr="00773990" w:rsidRDefault="007C7A31" w:rsidP="007C7A31">
            <w:pPr>
              <w:jc w:val="center"/>
              <w:rPr>
                <w:sz w:val="24"/>
                <w:szCs w:val="24"/>
              </w:rPr>
            </w:pPr>
            <w:hyperlink r:id="rId38" w:history="1">
              <w:r w:rsidRPr="00773990">
                <w:rPr>
                  <w:rStyle w:val="a6"/>
                  <w:sz w:val="24"/>
                  <w:szCs w:val="24"/>
                </w:rPr>
                <w:t>https://vk.com/wall-217720873_1134</w:t>
              </w:r>
            </w:hyperlink>
          </w:p>
          <w:p w:rsidR="007C7A31" w:rsidRPr="00773990" w:rsidRDefault="007C7A31" w:rsidP="008832B9">
            <w:pPr>
              <w:rPr>
                <w:sz w:val="24"/>
                <w:szCs w:val="24"/>
              </w:rPr>
            </w:pPr>
          </w:p>
        </w:tc>
        <w:tc>
          <w:tcPr>
            <w:tcW w:w="3233" w:type="dxa"/>
          </w:tcPr>
          <w:p w:rsidR="007C7A31" w:rsidRPr="00773990" w:rsidRDefault="007C7A31" w:rsidP="007C7A31">
            <w:pPr>
              <w:rPr>
                <w:sz w:val="24"/>
                <w:szCs w:val="24"/>
              </w:rPr>
            </w:pPr>
            <w:r w:rsidRPr="00773990">
              <w:rPr>
                <w:sz w:val="24"/>
                <w:szCs w:val="24"/>
              </w:rPr>
              <w:t>Проведены семейные активности, поздравительные акции, классные часы о роли отца и семейных ценностях.</w:t>
            </w:r>
          </w:p>
        </w:tc>
      </w:tr>
      <w:tr w:rsidR="007C7A31" w:rsidRPr="00CD58D2" w:rsidTr="007E4F06">
        <w:trPr>
          <w:trHeight w:val="1721"/>
        </w:trPr>
        <w:tc>
          <w:tcPr>
            <w:tcW w:w="2801" w:type="dxa"/>
            <w:vAlign w:val="center"/>
          </w:tcPr>
          <w:p w:rsidR="007C7A31" w:rsidRPr="00773990" w:rsidRDefault="007C7A31" w:rsidP="008832B9">
            <w:pPr>
              <w:jc w:val="center"/>
              <w:rPr>
                <w:sz w:val="24"/>
                <w:szCs w:val="24"/>
              </w:rPr>
            </w:pPr>
            <w:r w:rsidRPr="00773990">
              <w:rPr>
                <w:sz w:val="24"/>
                <w:szCs w:val="24"/>
              </w:rPr>
              <w:t>Международный день школьных библиотек.</w:t>
            </w:r>
          </w:p>
        </w:tc>
        <w:tc>
          <w:tcPr>
            <w:tcW w:w="1594" w:type="dxa"/>
            <w:vAlign w:val="center"/>
          </w:tcPr>
          <w:p w:rsidR="007C7A31" w:rsidRPr="00773990" w:rsidRDefault="007C7A31" w:rsidP="008832B9">
            <w:pPr>
              <w:jc w:val="center"/>
              <w:rPr>
                <w:sz w:val="24"/>
                <w:szCs w:val="24"/>
              </w:rPr>
            </w:pPr>
            <w:r w:rsidRPr="00773990">
              <w:rPr>
                <w:sz w:val="24"/>
                <w:szCs w:val="24"/>
              </w:rPr>
              <w:t>27.10</w:t>
            </w:r>
          </w:p>
        </w:tc>
        <w:tc>
          <w:tcPr>
            <w:tcW w:w="2604" w:type="dxa"/>
            <w:vAlign w:val="center"/>
          </w:tcPr>
          <w:p w:rsidR="007C7A31" w:rsidRPr="00773990" w:rsidRDefault="007C7A31" w:rsidP="007C7A31">
            <w:pPr>
              <w:jc w:val="center"/>
              <w:rPr>
                <w:sz w:val="24"/>
                <w:szCs w:val="24"/>
              </w:rPr>
            </w:pPr>
            <w:hyperlink r:id="rId39" w:history="1">
              <w:r w:rsidRPr="00773990">
                <w:rPr>
                  <w:rStyle w:val="a6"/>
                  <w:sz w:val="24"/>
                  <w:szCs w:val="24"/>
                </w:rPr>
                <w:t>https://vk.com/wall-217720873_1141</w:t>
              </w:r>
            </w:hyperlink>
          </w:p>
          <w:p w:rsidR="007C7A31" w:rsidRPr="00773990" w:rsidRDefault="007C7A31" w:rsidP="007C7A31">
            <w:pPr>
              <w:jc w:val="center"/>
              <w:rPr>
                <w:sz w:val="24"/>
                <w:szCs w:val="24"/>
              </w:rPr>
            </w:pPr>
            <w:hyperlink r:id="rId40" w:history="1">
              <w:r w:rsidRPr="00773990">
                <w:rPr>
                  <w:rStyle w:val="a6"/>
                  <w:sz w:val="24"/>
                  <w:szCs w:val="24"/>
                </w:rPr>
                <w:t>https://vk.com/wall-217720873_1143</w:t>
              </w:r>
            </w:hyperlink>
          </w:p>
          <w:p w:rsidR="007C7A31" w:rsidRPr="00773990" w:rsidRDefault="007C7A31" w:rsidP="007C7A31">
            <w:pPr>
              <w:jc w:val="center"/>
              <w:rPr>
                <w:sz w:val="24"/>
                <w:szCs w:val="24"/>
              </w:rPr>
            </w:pPr>
            <w:hyperlink r:id="rId41" w:history="1">
              <w:r w:rsidRPr="00773990">
                <w:rPr>
                  <w:rStyle w:val="a6"/>
                  <w:sz w:val="24"/>
                  <w:szCs w:val="24"/>
                </w:rPr>
                <w:t>https://vk.com/wall-217720873_1144</w:t>
              </w:r>
            </w:hyperlink>
          </w:p>
          <w:p w:rsidR="007C7A31" w:rsidRPr="00773990" w:rsidRDefault="007C7A31" w:rsidP="008832B9">
            <w:pPr>
              <w:rPr>
                <w:sz w:val="24"/>
                <w:szCs w:val="24"/>
              </w:rPr>
            </w:pPr>
          </w:p>
        </w:tc>
        <w:tc>
          <w:tcPr>
            <w:tcW w:w="3233" w:type="dxa"/>
          </w:tcPr>
          <w:p w:rsidR="007C7A31" w:rsidRPr="00773990" w:rsidRDefault="007C7A31" w:rsidP="008832B9">
            <w:pPr>
              <w:jc w:val="center"/>
              <w:rPr>
                <w:sz w:val="24"/>
                <w:szCs w:val="24"/>
              </w:rPr>
            </w:pPr>
          </w:p>
          <w:p w:rsidR="007C7A31" w:rsidRPr="00773990" w:rsidRDefault="007C7A31" w:rsidP="007C7A31">
            <w:pPr>
              <w:rPr>
                <w:sz w:val="24"/>
                <w:szCs w:val="24"/>
                <w:highlight w:val="yellow"/>
              </w:rPr>
            </w:pPr>
            <w:r w:rsidRPr="00773990">
              <w:rPr>
                <w:sz w:val="24"/>
                <w:szCs w:val="24"/>
              </w:rPr>
              <w:t>Организованы библиотечные уроки, викторины, книжные выставки и мероприятия по популяризации чтения.</w:t>
            </w:r>
          </w:p>
        </w:tc>
      </w:tr>
      <w:tr w:rsidR="007C7A31" w:rsidRPr="00CD58D2" w:rsidTr="007E4F06">
        <w:trPr>
          <w:trHeight w:val="1721"/>
        </w:trPr>
        <w:tc>
          <w:tcPr>
            <w:tcW w:w="2801" w:type="dxa"/>
            <w:vAlign w:val="center"/>
          </w:tcPr>
          <w:p w:rsidR="007C7A31" w:rsidRPr="00773990" w:rsidRDefault="007C7A31" w:rsidP="008832B9">
            <w:pPr>
              <w:jc w:val="center"/>
              <w:rPr>
                <w:sz w:val="24"/>
                <w:szCs w:val="24"/>
              </w:rPr>
            </w:pPr>
            <w:r w:rsidRPr="00773990">
              <w:rPr>
                <w:sz w:val="24"/>
                <w:szCs w:val="24"/>
              </w:rPr>
              <w:t>День символов донского региона: герба, флага и гимна.</w:t>
            </w:r>
          </w:p>
        </w:tc>
        <w:tc>
          <w:tcPr>
            <w:tcW w:w="1594" w:type="dxa"/>
            <w:vAlign w:val="center"/>
          </w:tcPr>
          <w:p w:rsidR="007C7A31" w:rsidRPr="00773990" w:rsidRDefault="007C7A31" w:rsidP="008832B9">
            <w:pPr>
              <w:jc w:val="center"/>
              <w:rPr>
                <w:sz w:val="24"/>
                <w:szCs w:val="24"/>
              </w:rPr>
            </w:pPr>
            <w:r w:rsidRPr="00773990">
              <w:rPr>
                <w:sz w:val="24"/>
                <w:szCs w:val="24"/>
              </w:rPr>
              <w:t>28.10</w:t>
            </w:r>
          </w:p>
        </w:tc>
        <w:tc>
          <w:tcPr>
            <w:tcW w:w="2604" w:type="dxa"/>
            <w:vAlign w:val="center"/>
          </w:tcPr>
          <w:p w:rsidR="007C7A31" w:rsidRPr="00773990" w:rsidRDefault="007C7A31" w:rsidP="007C7A31">
            <w:pPr>
              <w:jc w:val="center"/>
              <w:rPr>
                <w:sz w:val="24"/>
                <w:szCs w:val="24"/>
              </w:rPr>
            </w:pPr>
            <w:hyperlink r:id="rId42" w:history="1">
              <w:r w:rsidRPr="00773990">
                <w:rPr>
                  <w:rStyle w:val="a6"/>
                  <w:sz w:val="24"/>
                  <w:szCs w:val="24"/>
                </w:rPr>
                <w:t>https://vk.com/wall-217720873_1140</w:t>
              </w:r>
            </w:hyperlink>
          </w:p>
          <w:p w:rsidR="007C7A31" w:rsidRPr="00773990" w:rsidRDefault="007C7A31" w:rsidP="007C7A31">
            <w:pPr>
              <w:jc w:val="center"/>
              <w:rPr>
                <w:sz w:val="24"/>
                <w:szCs w:val="24"/>
              </w:rPr>
            </w:pPr>
            <w:hyperlink r:id="rId43" w:history="1">
              <w:r w:rsidRPr="00773990">
                <w:rPr>
                  <w:rStyle w:val="a6"/>
                  <w:sz w:val="24"/>
                  <w:szCs w:val="24"/>
                </w:rPr>
                <w:t>https://vk.com/wall-217720873_1145</w:t>
              </w:r>
            </w:hyperlink>
          </w:p>
          <w:p w:rsidR="007C7A31" w:rsidRPr="00773990" w:rsidRDefault="007C7A31" w:rsidP="008832B9">
            <w:pPr>
              <w:rPr>
                <w:sz w:val="24"/>
                <w:szCs w:val="24"/>
              </w:rPr>
            </w:pPr>
          </w:p>
        </w:tc>
        <w:tc>
          <w:tcPr>
            <w:tcW w:w="3233" w:type="dxa"/>
          </w:tcPr>
          <w:p w:rsidR="007C7A31" w:rsidRPr="00773990" w:rsidRDefault="007C7A31" w:rsidP="008832B9">
            <w:pPr>
              <w:jc w:val="center"/>
              <w:rPr>
                <w:sz w:val="24"/>
                <w:szCs w:val="24"/>
              </w:rPr>
            </w:pPr>
          </w:p>
          <w:p w:rsidR="007C7A31" w:rsidRPr="00773990" w:rsidRDefault="007C7A31" w:rsidP="007C7A31">
            <w:pPr>
              <w:rPr>
                <w:sz w:val="24"/>
                <w:szCs w:val="24"/>
              </w:rPr>
            </w:pPr>
            <w:r w:rsidRPr="00773990">
              <w:rPr>
                <w:sz w:val="24"/>
                <w:szCs w:val="24"/>
              </w:rPr>
              <w:t>Проведены просветительские мероприятия об исторической памяти, ответственности за преступления против человечества и важности правовой культуры.</w:t>
            </w:r>
          </w:p>
        </w:tc>
      </w:tr>
      <w:tr w:rsidR="00773990" w:rsidRPr="00CD58D2" w:rsidTr="00773990">
        <w:trPr>
          <w:trHeight w:val="441"/>
        </w:trPr>
        <w:tc>
          <w:tcPr>
            <w:tcW w:w="10232" w:type="dxa"/>
            <w:gridSpan w:val="4"/>
            <w:vAlign w:val="center"/>
          </w:tcPr>
          <w:p w:rsidR="00773990" w:rsidRPr="00773990" w:rsidRDefault="00773990" w:rsidP="008832B9">
            <w:pPr>
              <w:jc w:val="center"/>
              <w:rPr>
                <w:b/>
                <w:sz w:val="24"/>
                <w:szCs w:val="24"/>
              </w:rPr>
            </w:pPr>
            <w:r w:rsidRPr="00773990">
              <w:rPr>
                <w:b/>
                <w:sz w:val="24"/>
                <w:szCs w:val="24"/>
              </w:rPr>
              <w:t>Ноябрь</w:t>
            </w:r>
          </w:p>
        </w:tc>
      </w:tr>
      <w:tr w:rsidR="00773990" w:rsidRPr="00CD58D2" w:rsidTr="00831EE4">
        <w:trPr>
          <w:trHeight w:val="1721"/>
        </w:trPr>
        <w:tc>
          <w:tcPr>
            <w:tcW w:w="2801" w:type="dxa"/>
            <w:vAlign w:val="center"/>
          </w:tcPr>
          <w:p w:rsidR="00773990" w:rsidRPr="00773990" w:rsidRDefault="00773990" w:rsidP="008832B9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b/>
                <w:bCs/>
                <w:sz w:val="24"/>
                <w:szCs w:val="24"/>
              </w:rPr>
              <w:t>Категория события</w:t>
            </w:r>
          </w:p>
        </w:tc>
        <w:tc>
          <w:tcPr>
            <w:tcW w:w="1594" w:type="dxa"/>
            <w:vAlign w:val="center"/>
          </w:tcPr>
          <w:p w:rsidR="00773990" w:rsidRPr="00773990" w:rsidRDefault="00773990" w:rsidP="008832B9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2604" w:type="dxa"/>
            <w:vAlign w:val="center"/>
          </w:tcPr>
          <w:p w:rsidR="00773990" w:rsidRPr="00773990" w:rsidRDefault="00773990" w:rsidP="008832B9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b/>
                <w:bCs/>
                <w:sz w:val="24"/>
                <w:szCs w:val="24"/>
              </w:rPr>
              <w:t>Ссылка на публикацию в социальных сетях</w:t>
            </w:r>
          </w:p>
        </w:tc>
        <w:tc>
          <w:tcPr>
            <w:tcW w:w="3233" w:type="dxa"/>
            <w:vAlign w:val="center"/>
          </w:tcPr>
          <w:p w:rsidR="00773990" w:rsidRPr="00773990" w:rsidRDefault="00773990" w:rsidP="008832B9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b/>
                <w:bCs/>
                <w:sz w:val="24"/>
                <w:szCs w:val="24"/>
              </w:rPr>
              <w:t>Описание события (содержание, краткие итоги, количество участников) (содержание, краткие итоги, количество участников)</w:t>
            </w:r>
          </w:p>
        </w:tc>
      </w:tr>
      <w:tr w:rsidR="007C7A31" w:rsidRPr="00CD58D2" w:rsidTr="007E4F06">
        <w:trPr>
          <w:trHeight w:val="1721"/>
        </w:trPr>
        <w:tc>
          <w:tcPr>
            <w:tcW w:w="2801" w:type="dxa"/>
            <w:vAlign w:val="center"/>
          </w:tcPr>
          <w:p w:rsidR="007C7A31" w:rsidRPr="00773990" w:rsidRDefault="007C7A31" w:rsidP="008832B9">
            <w:pPr>
              <w:jc w:val="center"/>
              <w:rPr>
                <w:sz w:val="24"/>
                <w:szCs w:val="24"/>
              </w:rPr>
            </w:pPr>
            <w:r w:rsidRPr="00773990">
              <w:rPr>
                <w:sz w:val="24"/>
                <w:szCs w:val="24"/>
              </w:rPr>
              <w:lastRenderedPageBreak/>
              <w:t>День народного единства.</w:t>
            </w:r>
          </w:p>
        </w:tc>
        <w:tc>
          <w:tcPr>
            <w:tcW w:w="1594" w:type="dxa"/>
            <w:vAlign w:val="center"/>
          </w:tcPr>
          <w:p w:rsidR="007C7A31" w:rsidRPr="00773990" w:rsidRDefault="007C7A31" w:rsidP="008832B9">
            <w:pPr>
              <w:jc w:val="center"/>
              <w:rPr>
                <w:sz w:val="24"/>
                <w:szCs w:val="24"/>
              </w:rPr>
            </w:pPr>
            <w:r w:rsidRPr="00773990">
              <w:rPr>
                <w:sz w:val="24"/>
                <w:szCs w:val="24"/>
              </w:rPr>
              <w:t>4.11</w:t>
            </w:r>
          </w:p>
        </w:tc>
        <w:tc>
          <w:tcPr>
            <w:tcW w:w="2604" w:type="dxa"/>
            <w:vAlign w:val="center"/>
          </w:tcPr>
          <w:p w:rsidR="007C7A31" w:rsidRPr="00773990" w:rsidRDefault="007C7A31" w:rsidP="007C7A31">
            <w:pPr>
              <w:jc w:val="center"/>
              <w:rPr>
                <w:sz w:val="24"/>
                <w:szCs w:val="24"/>
              </w:rPr>
            </w:pPr>
            <w:hyperlink r:id="rId44" w:history="1">
              <w:r w:rsidRPr="00773990">
                <w:rPr>
                  <w:rStyle w:val="a6"/>
                  <w:sz w:val="24"/>
                  <w:szCs w:val="24"/>
                </w:rPr>
                <w:t>https://vk.com/wall-217720873_1148</w:t>
              </w:r>
            </w:hyperlink>
          </w:p>
          <w:p w:rsidR="007C7A31" w:rsidRPr="00773990" w:rsidRDefault="007C7A31" w:rsidP="007C7A31">
            <w:pPr>
              <w:jc w:val="center"/>
              <w:rPr>
                <w:sz w:val="24"/>
                <w:szCs w:val="24"/>
              </w:rPr>
            </w:pPr>
            <w:hyperlink r:id="rId45" w:history="1">
              <w:r w:rsidRPr="00773990">
                <w:rPr>
                  <w:rStyle w:val="a6"/>
                  <w:sz w:val="24"/>
                  <w:szCs w:val="24"/>
                </w:rPr>
                <w:t>https://vk.com/wall-217720873_1150</w:t>
              </w:r>
            </w:hyperlink>
          </w:p>
          <w:p w:rsidR="007C7A31" w:rsidRPr="00773990" w:rsidRDefault="007C7A31" w:rsidP="008832B9">
            <w:pPr>
              <w:rPr>
                <w:sz w:val="24"/>
                <w:szCs w:val="24"/>
              </w:rPr>
            </w:pPr>
          </w:p>
        </w:tc>
        <w:tc>
          <w:tcPr>
            <w:tcW w:w="3233" w:type="dxa"/>
          </w:tcPr>
          <w:p w:rsidR="007C7A31" w:rsidRPr="00773990" w:rsidRDefault="007C7A31" w:rsidP="007C7A31">
            <w:pPr>
              <w:rPr>
                <w:sz w:val="24"/>
                <w:szCs w:val="24"/>
              </w:rPr>
            </w:pPr>
            <w:r w:rsidRPr="00773990">
              <w:rPr>
                <w:sz w:val="24"/>
                <w:szCs w:val="24"/>
              </w:rPr>
              <w:t>Проведены классные часы, кинолектории, викторины и творческие задания, направленные на формирование уважения к многонациональной культуре России.</w:t>
            </w:r>
          </w:p>
        </w:tc>
      </w:tr>
      <w:tr w:rsidR="007C7A31" w:rsidRPr="00CD58D2" w:rsidTr="007E4F06">
        <w:trPr>
          <w:trHeight w:val="1721"/>
        </w:trPr>
        <w:tc>
          <w:tcPr>
            <w:tcW w:w="2801" w:type="dxa"/>
            <w:vAlign w:val="center"/>
          </w:tcPr>
          <w:p w:rsidR="007C7A31" w:rsidRPr="00773990" w:rsidRDefault="007C7A31" w:rsidP="008832B9">
            <w:pPr>
              <w:jc w:val="center"/>
              <w:rPr>
                <w:sz w:val="24"/>
                <w:szCs w:val="24"/>
              </w:rPr>
            </w:pPr>
            <w:r w:rsidRPr="00773990">
              <w:rPr>
                <w:sz w:val="24"/>
                <w:szCs w:val="24"/>
              </w:rPr>
              <w:t>Первое освобождение Ростова-на-Дону от фашистских захватчиков.</w:t>
            </w:r>
          </w:p>
        </w:tc>
        <w:tc>
          <w:tcPr>
            <w:tcW w:w="1594" w:type="dxa"/>
            <w:vAlign w:val="center"/>
          </w:tcPr>
          <w:p w:rsidR="007C7A31" w:rsidRPr="00773990" w:rsidRDefault="007C7A31" w:rsidP="008832B9">
            <w:pPr>
              <w:jc w:val="center"/>
              <w:rPr>
                <w:sz w:val="24"/>
                <w:szCs w:val="24"/>
              </w:rPr>
            </w:pPr>
            <w:r w:rsidRPr="00773990">
              <w:rPr>
                <w:sz w:val="24"/>
                <w:szCs w:val="24"/>
              </w:rPr>
              <w:t>29.11</w:t>
            </w:r>
          </w:p>
        </w:tc>
        <w:tc>
          <w:tcPr>
            <w:tcW w:w="2604" w:type="dxa"/>
            <w:vAlign w:val="center"/>
          </w:tcPr>
          <w:p w:rsidR="007C7A31" w:rsidRPr="00773990" w:rsidRDefault="007C7A31" w:rsidP="007C7A31">
            <w:pPr>
              <w:jc w:val="center"/>
              <w:rPr>
                <w:sz w:val="24"/>
                <w:szCs w:val="24"/>
              </w:rPr>
            </w:pPr>
            <w:hyperlink r:id="rId46" w:history="1">
              <w:r w:rsidRPr="00773990">
                <w:rPr>
                  <w:rStyle w:val="a6"/>
                  <w:sz w:val="24"/>
                  <w:szCs w:val="24"/>
                </w:rPr>
                <w:t>https://vk.com/wall-217720873_1162</w:t>
              </w:r>
            </w:hyperlink>
          </w:p>
          <w:p w:rsidR="007C7A31" w:rsidRPr="00773990" w:rsidRDefault="007C7A31" w:rsidP="008832B9">
            <w:pPr>
              <w:rPr>
                <w:sz w:val="24"/>
                <w:szCs w:val="24"/>
              </w:rPr>
            </w:pPr>
          </w:p>
        </w:tc>
        <w:tc>
          <w:tcPr>
            <w:tcW w:w="3233" w:type="dxa"/>
          </w:tcPr>
          <w:p w:rsidR="007C7A31" w:rsidRPr="00773990" w:rsidRDefault="007C7A31" w:rsidP="007C7A31">
            <w:pPr>
              <w:rPr>
                <w:sz w:val="24"/>
                <w:szCs w:val="24"/>
              </w:rPr>
            </w:pPr>
            <w:r w:rsidRPr="00773990">
              <w:rPr>
                <w:sz w:val="24"/>
                <w:szCs w:val="24"/>
              </w:rPr>
              <w:t>Проведены просветительские мероприятия об исторической памяти, ответственности за преступления против человечества и важности правовой культуры.</w:t>
            </w:r>
          </w:p>
          <w:p w:rsidR="007C7A31" w:rsidRPr="00773990" w:rsidRDefault="007C7A31" w:rsidP="007C7A31">
            <w:pPr>
              <w:jc w:val="center"/>
              <w:rPr>
                <w:sz w:val="24"/>
                <w:szCs w:val="24"/>
              </w:rPr>
            </w:pPr>
          </w:p>
        </w:tc>
      </w:tr>
      <w:tr w:rsidR="007C7A31" w:rsidRPr="00CD58D2" w:rsidTr="007E4F06">
        <w:trPr>
          <w:trHeight w:val="1721"/>
        </w:trPr>
        <w:tc>
          <w:tcPr>
            <w:tcW w:w="2801" w:type="dxa"/>
            <w:vAlign w:val="center"/>
          </w:tcPr>
          <w:p w:rsidR="007C7A31" w:rsidRPr="00773990" w:rsidRDefault="007C7A31" w:rsidP="008832B9">
            <w:pPr>
              <w:jc w:val="center"/>
              <w:rPr>
                <w:sz w:val="24"/>
                <w:szCs w:val="24"/>
              </w:rPr>
            </w:pPr>
            <w:r w:rsidRPr="00773990">
              <w:rPr>
                <w:sz w:val="24"/>
                <w:szCs w:val="24"/>
              </w:rPr>
              <w:t>День матери</w:t>
            </w:r>
          </w:p>
        </w:tc>
        <w:tc>
          <w:tcPr>
            <w:tcW w:w="1594" w:type="dxa"/>
            <w:vMerge w:val="restart"/>
            <w:vAlign w:val="center"/>
          </w:tcPr>
          <w:p w:rsidR="007C7A31" w:rsidRPr="00773990" w:rsidRDefault="007C7A31" w:rsidP="008832B9">
            <w:pPr>
              <w:jc w:val="center"/>
              <w:rPr>
                <w:sz w:val="24"/>
                <w:szCs w:val="24"/>
              </w:rPr>
            </w:pPr>
            <w:r w:rsidRPr="00773990">
              <w:rPr>
                <w:sz w:val="24"/>
                <w:szCs w:val="24"/>
              </w:rPr>
              <w:t>30.11</w:t>
            </w:r>
          </w:p>
        </w:tc>
        <w:tc>
          <w:tcPr>
            <w:tcW w:w="2604" w:type="dxa"/>
            <w:vAlign w:val="center"/>
          </w:tcPr>
          <w:p w:rsidR="007C7A31" w:rsidRPr="00773990" w:rsidRDefault="007C7A31" w:rsidP="007C7A31">
            <w:pPr>
              <w:jc w:val="center"/>
              <w:rPr>
                <w:sz w:val="24"/>
                <w:szCs w:val="24"/>
              </w:rPr>
            </w:pPr>
            <w:hyperlink r:id="rId47" w:history="1">
              <w:r w:rsidRPr="00773990">
                <w:rPr>
                  <w:rStyle w:val="a6"/>
                  <w:sz w:val="24"/>
                  <w:szCs w:val="24"/>
                </w:rPr>
                <w:t>https://vk.com/wall-217720873_1158</w:t>
              </w:r>
            </w:hyperlink>
          </w:p>
          <w:p w:rsidR="007C7A31" w:rsidRPr="00773990" w:rsidRDefault="007C7A31" w:rsidP="007C7A31">
            <w:pPr>
              <w:jc w:val="center"/>
              <w:rPr>
                <w:sz w:val="24"/>
                <w:szCs w:val="24"/>
              </w:rPr>
            </w:pPr>
            <w:hyperlink r:id="rId48" w:history="1">
              <w:r w:rsidRPr="00773990">
                <w:rPr>
                  <w:rStyle w:val="a6"/>
                  <w:sz w:val="24"/>
                  <w:szCs w:val="24"/>
                </w:rPr>
                <w:t>https://vk.com/wall-217720873_1159</w:t>
              </w:r>
            </w:hyperlink>
          </w:p>
          <w:p w:rsidR="007C7A31" w:rsidRPr="00773990" w:rsidRDefault="007C7A31" w:rsidP="007C7A31">
            <w:pPr>
              <w:jc w:val="center"/>
              <w:rPr>
                <w:sz w:val="24"/>
                <w:szCs w:val="24"/>
              </w:rPr>
            </w:pPr>
            <w:hyperlink r:id="rId49" w:history="1">
              <w:r w:rsidRPr="00773990">
                <w:rPr>
                  <w:rStyle w:val="a6"/>
                  <w:sz w:val="24"/>
                  <w:szCs w:val="24"/>
                </w:rPr>
                <w:t>https://vk.com/wall-217720873_1160</w:t>
              </w:r>
            </w:hyperlink>
          </w:p>
          <w:p w:rsidR="007C7A31" w:rsidRPr="00773990" w:rsidRDefault="007C7A31" w:rsidP="008832B9">
            <w:pPr>
              <w:rPr>
                <w:sz w:val="24"/>
                <w:szCs w:val="24"/>
              </w:rPr>
            </w:pPr>
          </w:p>
        </w:tc>
        <w:tc>
          <w:tcPr>
            <w:tcW w:w="3233" w:type="dxa"/>
          </w:tcPr>
          <w:p w:rsidR="007C7A31" w:rsidRPr="00773990" w:rsidRDefault="007C7A31" w:rsidP="007C7A31">
            <w:pPr>
              <w:rPr>
                <w:sz w:val="24"/>
                <w:szCs w:val="24"/>
              </w:rPr>
            </w:pPr>
            <w:r w:rsidRPr="00773990">
              <w:rPr>
                <w:sz w:val="24"/>
                <w:szCs w:val="24"/>
              </w:rPr>
              <w:t>Обучающиеся подготовили поздравления, творческие работы, мастер-классы и акции, направленные на укрепление семейных ценностей.</w:t>
            </w:r>
          </w:p>
        </w:tc>
      </w:tr>
      <w:tr w:rsidR="007C7A31" w:rsidRPr="00CD58D2" w:rsidTr="007E4F06">
        <w:trPr>
          <w:trHeight w:val="1721"/>
        </w:trPr>
        <w:tc>
          <w:tcPr>
            <w:tcW w:w="2801" w:type="dxa"/>
            <w:vAlign w:val="center"/>
          </w:tcPr>
          <w:p w:rsidR="007C7A31" w:rsidRPr="00773990" w:rsidRDefault="007C7A31" w:rsidP="008832B9">
            <w:pPr>
              <w:jc w:val="center"/>
              <w:rPr>
                <w:sz w:val="24"/>
                <w:szCs w:val="24"/>
              </w:rPr>
            </w:pPr>
            <w:r w:rsidRPr="00773990">
              <w:rPr>
                <w:sz w:val="24"/>
                <w:szCs w:val="24"/>
              </w:rPr>
              <w:t>День государственного герба Российской Федерации.</w:t>
            </w:r>
          </w:p>
        </w:tc>
        <w:tc>
          <w:tcPr>
            <w:tcW w:w="1594" w:type="dxa"/>
            <w:vMerge/>
            <w:vAlign w:val="center"/>
          </w:tcPr>
          <w:p w:rsidR="007C7A31" w:rsidRPr="00773990" w:rsidRDefault="007C7A31" w:rsidP="008832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4" w:type="dxa"/>
            <w:vAlign w:val="center"/>
          </w:tcPr>
          <w:p w:rsidR="007C7A31" w:rsidRPr="00773990" w:rsidRDefault="007C7A31" w:rsidP="007C7A31">
            <w:pPr>
              <w:jc w:val="center"/>
              <w:rPr>
                <w:sz w:val="24"/>
                <w:szCs w:val="24"/>
              </w:rPr>
            </w:pPr>
            <w:hyperlink r:id="rId50" w:history="1">
              <w:r w:rsidRPr="00773990">
                <w:rPr>
                  <w:rStyle w:val="a6"/>
                  <w:sz w:val="24"/>
                  <w:szCs w:val="24"/>
                </w:rPr>
                <w:t>https://vk.com/wall-217720873_1155</w:t>
              </w:r>
            </w:hyperlink>
          </w:p>
          <w:p w:rsidR="007C7A31" w:rsidRPr="00773990" w:rsidRDefault="007C7A31" w:rsidP="007C7A31">
            <w:pPr>
              <w:jc w:val="center"/>
              <w:rPr>
                <w:sz w:val="24"/>
                <w:szCs w:val="24"/>
              </w:rPr>
            </w:pPr>
            <w:hyperlink r:id="rId51" w:history="1">
              <w:r w:rsidRPr="00773990">
                <w:rPr>
                  <w:rStyle w:val="a6"/>
                  <w:sz w:val="24"/>
                  <w:szCs w:val="24"/>
                </w:rPr>
                <w:t>https://vk.com/wall-217720873_1156</w:t>
              </w:r>
            </w:hyperlink>
          </w:p>
          <w:p w:rsidR="007C7A31" w:rsidRPr="00773990" w:rsidRDefault="007C7A31" w:rsidP="008832B9">
            <w:pPr>
              <w:rPr>
                <w:sz w:val="24"/>
                <w:szCs w:val="24"/>
              </w:rPr>
            </w:pPr>
          </w:p>
        </w:tc>
        <w:tc>
          <w:tcPr>
            <w:tcW w:w="3233" w:type="dxa"/>
          </w:tcPr>
          <w:p w:rsidR="007C7A31" w:rsidRPr="00773990" w:rsidRDefault="007C7A31" w:rsidP="007C7A31">
            <w:pPr>
              <w:rPr>
                <w:sz w:val="24"/>
                <w:szCs w:val="24"/>
              </w:rPr>
            </w:pPr>
            <w:r w:rsidRPr="00773990">
              <w:rPr>
                <w:sz w:val="24"/>
                <w:szCs w:val="24"/>
              </w:rPr>
              <w:t>Проведены мероприятия о государственных символах России, их истории и значении.</w:t>
            </w:r>
          </w:p>
        </w:tc>
      </w:tr>
      <w:tr w:rsidR="000E49D6" w:rsidRPr="00CD58D2" w:rsidTr="000E49D6">
        <w:tc>
          <w:tcPr>
            <w:tcW w:w="10232" w:type="dxa"/>
            <w:gridSpan w:val="4"/>
            <w:vAlign w:val="center"/>
          </w:tcPr>
          <w:p w:rsidR="000E49D6" w:rsidRPr="00773990" w:rsidRDefault="000E49D6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b/>
                <w:bCs/>
                <w:sz w:val="24"/>
                <w:szCs w:val="24"/>
              </w:rPr>
              <w:t>Январь</w:t>
            </w:r>
          </w:p>
        </w:tc>
      </w:tr>
      <w:tr w:rsidR="000E49D6" w:rsidRPr="00CD58D2" w:rsidTr="000E49D6">
        <w:tc>
          <w:tcPr>
            <w:tcW w:w="2801" w:type="dxa"/>
            <w:vAlign w:val="center"/>
          </w:tcPr>
          <w:p w:rsidR="000E49D6" w:rsidRPr="00773990" w:rsidRDefault="000E49D6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b/>
                <w:bCs/>
                <w:sz w:val="24"/>
                <w:szCs w:val="24"/>
              </w:rPr>
              <w:t>Категория события</w:t>
            </w:r>
          </w:p>
        </w:tc>
        <w:tc>
          <w:tcPr>
            <w:tcW w:w="1594" w:type="dxa"/>
            <w:vAlign w:val="center"/>
          </w:tcPr>
          <w:p w:rsidR="000E49D6" w:rsidRPr="00773990" w:rsidRDefault="000E49D6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2604" w:type="dxa"/>
            <w:vAlign w:val="center"/>
          </w:tcPr>
          <w:p w:rsidR="000E49D6" w:rsidRPr="00773990" w:rsidRDefault="000E49D6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b/>
                <w:bCs/>
                <w:sz w:val="24"/>
                <w:szCs w:val="24"/>
              </w:rPr>
              <w:t>Ссылка на публикацию в социальных сетях</w:t>
            </w:r>
          </w:p>
        </w:tc>
        <w:tc>
          <w:tcPr>
            <w:tcW w:w="3233" w:type="dxa"/>
            <w:vAlign w:val="center"/>
          </w:tcPr>
          <w:p w:rsidR="000E49D6" w:rsidRPr="00773990" w:rsidRDefault="000E49D6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b/>
                <w:bCs/>
                <w:sz w:val="24"/>
                <w:szCs w:val="24"/>
              </w:rPr>
              <w:t>Описание события (содержание, краткие итоги, количество участников) (содержание, краткие итоги, количество участников)</w:t>
            </w:r>
          </w:p>
        </w:tc>
      </w:tr>
      <w:tr w:rsidR="00CD58D2" w:rsidRPr="00CD58D2" w:rsidTr="000E49D6">
        <w:trPr>
          <w:trHeight w:val="3542"/>
        </w:trPr>
        <w:tc>
          <w:tcPr>
            <w:tcW w:w="2801" w:type="dxa"/>
            <w:vAlign w:val="center"/>
          </w:tcPr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Акции «Сцена на холсте» ко Дню артиста</w:t>
            </w:r>
          </w:p>
        </w:tc>
        <w:tc>
          <w:tcPr>
            <w:tcW w:w="1594" w:type="dxa"/>
            <w:vAlign w:val="center"/>
          </w:tcPr>
          <w:p w:rsidR="00CD58D2" w:rsidRPr="00773990" w:rsidRDefault="00CD58D2" w:rsidP="000E49D6">
            <w:pPr>
              <w:jc w:val="center"/>
              <w:rPr>
                <w:bCs/>
                <w:sz w:val="24"/>
                <w:szCs w:val="24"/>
              </w:rPr>
            </w:pPr>
            <w:r w:rsidRPr="00773990">
              <w:rPr>
                <w:bCs/>
                <w:sz w:val="24"/>
                <w:szCs w:val="24"/>
              </w:rPr>
              <w:t>17.01</w:t>
            </w:r>
          </w:p>
        </w:tc>
        <w:tc>
          <w:tcPr>
            <w:tcW w:w="2604" w:type="dxa"/>
            <w:vAlign w:val="center"/>
          </w:tcPr>
          <w:p w:rsidR="00CD58D2" w:rsidRPr="00773990" w:rsidRDefault="00976268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hyperlink r:id="rId52" w:history="1">
              <w:r w:rsidR="00CD58D2" w:rsidRPr="00773990">
                <w:rPr>
                  <w:rStyle w:val="a6"/>
                  <w:b/>
                  <w:bCs/>
                  <w:sz w:val="24"/>
                  <w:szCs w:val="24"/>
                </w:rPr>
                <w:t>https://vk.com/wall-233609388_305</w:t>
              </w:r>
            </w:hyperlink>
            <w:r w:rsidR="00CD58D2" w:rsidRPr="00773990">
              <w:rPr>
                <w:b/>
                <w:bCs/>
                <w:sz w:val="24"/>
                <w:szCs w:val="24"/>
              </w:rPr>
              <w:t xml:space="preserve"> </w:t>
            </w:r>
          </w:p>
          <w:p w:rsidR="00CD58D2" w:rsidRPr="00773990" w:rsidRDefault="00976268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hyperlink r:id="rId53" w:history="1">
              <w:r w:rsidR="00CD58D2" w:rsidRPr="00773990">
                <w:rPr>
                  <w:rStyle w:val="a6"/>
                  <w:b/>
                  <w:bCs/>
                  <w:sz w:val="24"/>
                  <w:szCs w:val="24"/>
                </w:rPr>
                <w:t>https://vk.com/wall-233609388_306</w:t>
              </w:r>
            </w:hyperlink>
          </w:p>
          <w:p w:rsidR="00CD58D2" w:rsidRPr="00773990" w:rsidRDefault="00976268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hyperlink r:id="rId54" w:history="1">
              <w:r w:rsidR="00CD58D2" w:rsidRPr="00773990">
                <w:rPr>
                  <w:rStyle w:val="a6"/>
                  <w:b/>
                  <w:bCs/>
                  <w:sz w:val="24"/>
                  <w:szCs w:val="24"/>
                </w:rPr>
                <w:t>https://vk.com/wall-233609388_307</w:t>
              </w:r>
            </w:hyperlink>
          </w:p>
          <w:p w:rsidR="00CD58D2" w:rsidRPr="00773990" w:rsidRDefault="00976268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hyperlink r:id="rId55" w:history="1">
              <w:r w:rsidR="00CD58D2" w:rsidRPr="00773990">
                <w:rPr>
                  <w:rStyle w:val="a6"/>
                  <w:b/>
                  <w:bCs/>
                  <w:sz w:val="24"/>
                  <w:szCs w:val="24"/>
                </w:rPr>
                <w:t>https://vk.com/wall-233609388_308</w:t>
              </w:r>
            </w:hyperlink>
          </w:p>
          <w:p w:rsidR="00CD58D2" w:rsidRPr="00773990" w:rsidRDefault="00976268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hyperlink r:id="rId56" w:history="1">
              <w:r w:rsidR="00CD58D2" w:rsidRPr="00773990">
                <w:rPr>
                  <w:rStyle w:val="a6"/>
                  <w:b/>
                  <w:bCs/>
                  <w:sz w:val="24"/>
                  <w:szCs w:val="24"/>
                </w:rPr>
                <w:t>https://vk.com/wall-233609388_309</w:t>
              </w:r>
            </w:hyperlink>
          </w:p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33" w:type="dxa"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Участники создавали свои творческие работы на тему: «Мой любимый сказочный артист».</w:t>
            </w:r>
          </w:p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Количество: 5 участников.</w:t>
            </w:r>
          </w:p>
        </w:tc>
      </w:tr>
      <w:tr w:rsidR="00CD58D2" w:rsidRPr="00CD58D2" w:rsidTr="000E49D6">
        <w:tc>
          <w:tcPr>
            <w:tcW w:w="2801" w:type="dxa"/>
            <w:vAlign w:val="center"/>
          </w:tcPr>
          <w:p w:rsidR="00CD58D2" w:rsidRPr="00773990" w:rsidRDefault="00CD58D2" w:rsidP="000E49D6">
            <w:pPr>
              <w:jc w:val="center"/>
              <w:rPr>
                <w:sz w:val="24"/>
                <w:szCs w:val="24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Календаря</w:t>
            </w:r>
            <w:proofErr w:type="gramStart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 П</w:t>
            </w:r>
            <w:proofErr w:type="gramEnd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ервых «Традиции Почетного караула».</w:t>
            </w:r>
          </w:p>
        </w:tc>
        <w:tc>
          <w:tcPr>
            <w:tcW w:w="1594" w:type="dxa"/>
            <w:vAlign w:val="center"/>
          </w:tcPr>
          <w:p w:rsidR="00CD58D2" w:rsidRPr="00773990" w:rsidRDefault="00CD58D2" w:rsidP="000E49D6">
            <w:pPr>
              <w:jc w:val="center"/>
              <w:rPr>
                <w:bCs/>
                <w:sz w:val="24"/>
                <w:szCs w:val="24"/>
              </w:rPr>
            </w:pPr>
            <w:r w:rsidRPr="00773990">
              <w:rPr>
                <w:bCs/>
                <w:sz w:val="24"/>
                <w:szCs w:val="24"/>
              </w:rPr>
              <w:t>21.01</w:t>
            </w:r>
          </w:p>
        </w:tc>
        <w:tc>
          <w:tcPr>
            <w:tcW w:w="2604" w:type="dxa"/>
            <w:vAlign w:val="center"/>
          </w:tcPr>
          <w:p w:rsidR="00CD58D2" w:rsidRPr="00773990" w:rsidRDefault="00976268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hyperlink r:id="rId57" w:history="1">
              <w:r w:rsidR="00CD58D2" w:rsidRPr="00773990">
                <w:rPr>
                  <w:rStyle w:val="a6"/>
                  <w:b/>
                  <w:bCs/>
                  <w:sz w:val="24"/>
                  <w:szCs w:val="24"/>
                </w:rPr>
                <w:t>https://vk.com/wall-233609388_311</w:t>
              </w:r>
            </w:hyperlink>
          </w:p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33" w:type="dxa"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Наши юнармейцы несли Почетный караул у памятника погибших во </w:t>
            </w: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время Великой Отечественной войны на торжественном мероприятие, который был посвящен </w:t>
            </w:r>
            <w:proofErr w:type="gramStart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солдатам</w:t>
            </w:r>
            <w:proofErr w:type="gramEnd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 погибшим во время блокады Ленинграда.</w:t>
            </w:r>
          </w:p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Количество: 10 участников.</w:t>
            </w:r>
          </w:p>
        </w:tc>
      </w:tr>
      <w:tr w:rsidR="00CD58D2" w:rsidRPr="00CD58D2" w:rsidTr="000E49D6">
        <w:tc>
          <w:tcPr>
            <w:tcW w:w="2801" w:type="dxa"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Всероссийская акция «Шаг в студенчество», посвященная Дню российского студенчества</w:t>
            </w:r>
          </w:p>
        </w:tc>
        <w:tc>
          <w:tcPr>
            <w:tcW w:w="1594" w:type="dxa"/>
            <w:vAlign w:val="center"/>
          </w:tcPr>
          <w:p w:rsidR="00CD58D2" w:rsidRPr="00773990" w:rsidRDefault="00CD58D2" w:rsidP="000E49D6">
            <w:pPr>
              <w:jc w:val="center"/>
              <w:rPr>
                <w:bCs/>
                <w:sz w:val="24"/>
                <w:szCs w:val="24"/>
              </w:rPr>
            </w:pPr>
            <w:r w:rsidRPr="00773990">
              <w:rPr>
                <w:bCs/>
                <w:sz w:val="24"/>
                <w:szCs w:val="24"/>
              </w:rPr>
              <w:t>23.01</w:t>
            </w:r>
          </w:p>
        </w:tc>
        <w:tc>
          <w:tcPr>
            <w:tcW w:w="2604" w:type="dxa"/>
            <w:vAlign w:val="center"/>
          </w:tcPr>
          <w:p w:rsidR="00CD58D2" w:rsidRPr="00773990" w:rsidRDefault="00976268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hyperlink r:id="rId58" w:history="1">
              <w:r w:rsidR="00CD58D2" w:rsidRPr="00773990">
                <w:rPr>
                  <w:rStyle w:val="a6"/>
                  <w:b/>
                  <w:bCs/>
                  <w:sz w:val="24"/>
                  <w:szCs w:val="24"/>
                </w:rPr>
                <w:t>https://vk.com/wall-233609388_312</w:t>
              </w:r>
            </w:hyperlink>
          </w:p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33" w:type="dxa"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В гости в родную школу пришла выпускница 2025 года Михайлова Анастасия. Настя рассказала о своём учебном заведении и факультете, об основных отличиях школьной жизни и </w:t>
            </w:r>
            <w:proofErr w:type="spellStart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студенчества</w:t>
            </w:r>
            <w:proofErr w:type="gramStart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,о</w:t>
            </w:r>
            <w:proofErr w:type="gramEnd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тветила</w:t>
            </w:r>
            <w:proofErr w:type="spellEnd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 на вопросы ребят и педагогов.</w:t>
            </w:r>
          </w:p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Количество: 20 участников.</w:t>
            </w:r>
          </w:p>
        </w:tc>
      </w:tr>
      <w:tr w:rsidR="00CD58D2" w:rsidRPr="00CD58D2" w:rsidTr="000E49D6">
        <w:tc>
          <w:tcPr>
            <w:tcW w:w="10232" w:type="dxa"/>
            <w:gridSpan w:val="4"/>
            <w:vAlign w:val="center"/>
          </w:tcPr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b/>
                <w:bCs/>
                <w:sz w:val="24"/>
                <w:szCs w:val="24"/>
              </w:rPr>
              <w:t>Февраль</w:t>
            </w:r>
          </w:p>
        </w:tc>
      </w:tr>
      <w:tr w:rsidR="00CD58D2" w:rsidRPr="00CD58D2" w:rsidTr="000E49D6">
        <w:tc>
          <w:tcPr>
            <w:tcW w:w="2801" w:type="dxa"/>
            <w:vAlign w:val="center"/>
          </w:tcPr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b/>
                <w:bCs/>
                <w:sz w:val="24"/>
                <w:szCs w:val="24"/>
              </w:rPr>
              <w:t>Категория события</w:t>
            </w:r>
          </w:p>
        </w:tc>
        <w:tc>
          <w:tcPr>
            <w:tcW w:w="1594" w:type="dxa"/>
            <w:vAlign w:val="center"/>
          </w:tcPr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2604" w:type="dxa"/>
            <w:vAlign w:val="center"/>
          </w:tcPr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b/>
                <w:bCs/>
                <w:sz w:val="24"/>
                <w:szCs w:val="24"/>
              </w:rPr>
              <w:t>Ссылка на публикацию в социальных сетях</w:t>
            </w:r>
          </w:p>
        </w:tc>
        <w:tc>
          <w:tcPr>
            <w:tcW w:w="3233" w:type="dxa"/>
            <w:vAlign w:val="center"/>
          </w:tcPr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b/>
                <w:bCs/>
                <w:sz w:val="24"/>
                <w:szCs w:val="24"/>
              </w:rPr>
              <w:t>Описание события (содержание, краткие итоги, количество участников) (содержание, краткие итоги, количество участников)</w:t>
            </w:r>
          </w:p>
        </w:tc>
      </w:tr>
      <w:tr w:rsidR="00CD58D2" w:rsidRPr="00CD58D2" w:rsidTr="000E49D6">
        <w:tc>
          <w:tcPr>
            <w:tcW w:w="2801" w:type="dxa"/>
            <w:vAlign w:val="center"/>
          </w:tcPr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Всероссийская акция </w:t>
            </w:r>
            <w:hyperlink r:id="rId59" w:history="1">
              <w:r w:rsidRPr="00773990">
                <w:rPr>
                  <w:rStyle w:val="a6"/>
                  <w:color w:val="2A5885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#МЫРОССИЯ</w:t>
              </w:r>
            </w:hyperlink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94" w:type="dxa"/>
            <w:vAlign w:val="center"/>
          </w:tcPr>
          <w:p w:rsidR="00CD58D2" w:rsidRPr="00773990" w:rsidRDefault="00CD58D2" w:rsidP="000E49D6">
            <w:pPr>
              <w:jc w:val="center"/>
              <w:rPr>
                <w:bCs/>
                <w:sz w:val="24"/>
                <w:szCs w:val="24"/>
              </w:rPr>
            </w:pPr>
            <w:r w:rsidRPr="00773990">
              <w:rPr>
                <w:bCs/>
                <w:sz w:val="24"/>
                <w:szCs w:val="24"/>
              </w:rPr>
              <w:t>5.02</w:t>
            </w:r>
          </w:p>
        </w:tc>
        <w:tc>
          <w:tcPr>
            <w:tcW w:w="2604" w:type="dxa"/>
            <w:vAlign w:val="center"/>
          </w:tcPr>
          <w:p w:rsidR="00CD58D2" w:rsidRPr="00773990" w:rsidRDefault="00976268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hyperlink r:id="rId60" w:history="1">
              <w:r w:rsidR="00CD58D2" w:rsidRPr="00773990">
                <w:rPr>
                  <w:rStyle w:val="a6"/>
                  <w:b/>
                  <w:bCs/>
                  <w:sz w:val="24"/>
                  <w:szCs w:val="24"/>
                </w:rPr>
                <w:t>https://vk.com/wall-233609388_323</w:t>
              </w:r>
            </w:hyperlink>
          </w:p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33" w:type="dxa"/>
            <w:vAlign w:val="center"/>
          </w:tcPr>
          <w:p w:rsidR="00CD58D2" w:rsidRPr="00773990" w:rsidRDefault="00CD58D2" w:rsidP="000E49D6">
            <w:pPr>
              <w:jc w:val="center"/>
              <w:rPr>
                <w:bCs/>
                <w:sz w:val="24"/>
                <w:szCs w:val="24"/>
              </w:rPr>
            </w:pPr>
            <w:r w:rsidRPr="00773990">
              <w:rPr>
                <w:bCs/>
                <w:sz w:val="24"/>
                <w:szCs w:val="24"/>
              </w:rPr>
              <w:t>Председатель первичного отделения «Движения</w:t>
            </w:r>
            <w:proofErr w:type="gramStart"/>
            <w:r w:rsidRPr="00773990">
              <w:rPr>
                <w:bCs/>
                <w:sz w:val="24"/>
                <w:szCs w:val="24"/>
              </w:rPr>
              <w:t xml:space="preserve"> П</w:t>
            </w:r>
            <w:proofErr w:type="gramEnd"/>
            <w:r w:rsidRPr="00773990">
              <w:rPr>
                <w:bCs/>
                <w:sz w:val="24"/>
                <w:szCs w:val="24"/>
              </w:rPr>
              <w:t xml:space="preserve">ервых» </w:t>
            </w:r>
            <w:proofErr w:type="spellStart"/>
            <w:r w:rsidRPr="00773990">
              <w:rPr>
                <w:bCs/>
                <w:sz w:val="24"/>
                <w:szCs w:val="24"/>
              </w:rPr>
              <w:t>Оджа</w:t>
            </w:r>
            <w:proofErr w:type="spellEnd"/>
            <w:r w:rsidRPr="0077399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773990">
              <w:rPr>
                <w:bCs/>
                <w:sz w:val="24"/>
                <w:szCs w:val="24"/>
              </w:rPr>
              <w:t>Эльвина</w:t>
            </w:r>
            <w:proofErr w:type="spellEnd"/>
            <w:r w:rsidRPr="00773990">
              <w:rPr>
                <w:bCs/>
                <w:sz w:val="24"/>
                <w:szCs w:val="24"/>
              </w:rPr>
              <w:t xml:space="preserve"> рассказала о семейных традициях.</w:t>
            </w:r>
          </w:p>
        </w:tc>
      </w:tr>
      <w:tr w:rsidR="00CD58D2" w:rsidRPr="00CD58D2" w:rsidTr="000E49D6">
        <w:tc>
          <w:tcPr>
            <w:tcW w:w="2801" w:type="dxa"/>
            <w:vMerge w:val="restart"/>
            <w:vAlign w:val="center"/>
          </w:tcPr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Всероссийская акция «Наука для каждого», посвященная Дню российской науки.</w:t>
            </w:r>
          </w:p>
        </w:tc>
        <w:tc>
          <w:tcPr>
            <w:tcW w:w="1594" w:type="dxa"/>
            <w:vMerge w:val="restart"/>
            <w:vAlign w:val="center"/>
          </w:tcPr>
          <w:p w:rsidR="00CD58D2" w:rsidRPr="00773990" w:rsidRDefault="00CD58D2" w:rsidP="000E49D6">
            <w:pPr>
              <w:jc w:val="center"/>
              <w:rPr>
                <w:bCs/>
                <w:sz w:val="24"/>
                <w:szCs w:val="24"/>
              </w:rPr>
            </w:pPr>
            <w:r w:rsidRPr="00773990">
              <w:rPr>
                <w:bCs/>
                <w:sz w:val="24"/>
                <w:szCs w:val="24"/>
              </w:rPr>
              <w:t>6.02</w:t>
            </w:r>
          </w:p>
        </w:tc>
        <w:tc>
          <w:tcPr>
            <w:tcW w:w="2604" w:type="dxa"/>
            <w:vAlign w:val="center"/>
          </w:tcPr>
          <w:p w:rsidR="00CD58D2" w:rsidRPr="00773990" w:rsidRDefault="00976268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hyperlink r:id="rId61" w:history="1">
              <w:r w:rsidR="00CD58D2" w:rsidRPr="00773990">
                <w:rPr>
                  <w:rStyle w:val="a6"/>
                  <w:b/>
                  <w:bCs/>
                  <w:sz w:val="24"/>
                  <w:szCs w:val="24"/>
                </w:rPr>
                <w:t>https://vk.com/wall-233609388_324</w:t>
              </w:r>
            </w:hyperlink>
          </w:p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33" w:type="dxa"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В рамках Всероссийской акции «Наука для каждого», посвящённой Дню российской науки, актив </w:t>
            </w:r>
            <w:proofErr w:type="spellStart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Первички</w:t>
            </w:r>
            <w:proofErr w:type="spellEnd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 подготовили видеоролик «Просто </w:t>
            </w:r>
            <w:proofErr w:type="gramStart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о</w:t>
            </w:r>
            <w:proofErr w:type="gramEnd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 сложном».</w:t>
            </w:r>
          </w:p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Количество: 2 участника.</w:t>
            </w:r>
          </w:p>
        </w:tc>
      </w:tr>
      <w:tr w:rsidR="00CD58D2" w:rsidRPr="00CD58D2" w:rsidTr="000E49D6">
        <w:tc>
          <w:tcPr>
            <w:tcW w:w="2801" w:type="dxa"/>
            <w:vMerge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94" w:type="dxa"/>
            <w:vMerge/>
            <w:vAlign w:val="center"/>
          </w:tcPr>
          <w:p w:rsidR="00CD58D2" w:rsidRPr="00773990" w:rsidRDefault="00CD58D2" w:rsidP="000E49D6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604" w:type="dxa"/>
            <w:vAlign w:val="center"/>
          </w:tcPr>
          <w:p w:rsidR="00CD58D2" w:rsidRPr="00773990" w:rsidRDefault="00976268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hyperlink r:id="rId62" w:history="1">
              <w:r w:rsidR="00CD58D2" w:rsidRPr="00773990">
                <w:rPr>
                  <w:rStyle w:val="a6"/>
                  <w:sz w:val="24"/>
                  <w:szCs w:val="24"/>
                  <w:shd w:val="clear" w:color="auto" w:fill="FFFFFF"/>
                </w:rPr>
                <w:t>https://vk.com/wall-233609388_325</w:t>
              </w:r>
            </w:hyperlink>
          </w:p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33" w:type="dxa"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В нашей школе учителя </w:t>
            </w:r>
            <w:proofErr w:type="spellStart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естественно-научной</w:t>
            </w:r>
            <w:proofErr w:type="spellEnd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 направленности провели тематические встречи с участниками школы на безе центра "Точка роста"</w:t>
            </w:r>
            <w:proofErr w:type="gramStart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.Р</w:t>
            </w:r>
            <w:proofErr w:type="gramEnd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ебята узнали об истории российской науки, вспомнили выдающихся русских ученых, а также провели простые эксперименты. </w:t>
            </w:r>
          </w:p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Количество: 25 участников.</w:t>
            </w:r>
          </w:p>
        </w:tc>
      </w:tr>
      <w:tr w:rsidR="00CD58D2" w:rsidRPr="00CD58D2" w:rsidTr="000E49D6">
        <w:tc>
          <w:tcPr>
            <w:tcW w:w="2801" w:type="dxa"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Всероссийская акция </w:t>
            </w: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«Открывая книгу», посвященная Международному дню </w:t>
            </w:r>
            <w:proofErr w:type="spellStart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книгодарения</w:t>
            </w:r>
            <w:proofErr w:type="spellEnd"/>
          </w:p>
        </w:tc>
        <w:tc>
          <w:tcPr>
            <w:tcW w:w="1594" w:type="dxa"/>
            <w:vAlign w:val="center"/>
          </w:tcPr>
          <w:p w:rsidR="00CD58D2" w:rsidRPr="00773990" w:rsidRDefault="00CD58D2" w:rsidP="000E49D6">
            <w:pPr>
              <w:jc w:val="center"/>
              <w:rPr>
                <w:bCs/>
                <w:sz w:val="24"/>
                <w:szCs w:val="24"/>
              </w:rPr>
            </w:pPr>
            <w:r w:rsidRPr="00773990">
              <w:rPr>
                <w:bCs/>
                <w:sz w:val="24"/>
                <w:szCs w:val="24"/>
              </w:rPr>
              <w:lastRenderedPageBreak/>
              <w:t>13.02</w:t>
            </w:r>
          </w:p>
        </w:tc>
        <w:tc>
          <w:tcPr>
            <w:tcW w:w="2604" w:type="dxa"/>
            <w:vAlign w:val="center"/>
          </w:tcPr>
          <w:p w:rsidR="00CD58D2" w:rsidRPr="00773990" w:rsidRDefault="00976268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hyperlink r:id="rId63" w:history="1">
              <w:r w:rsidR="00CD58D2" w:rsidRPr="00773990">
                <w:rPr>
                  <w:rStyle w:val="a6"/>
                  <w:sz w:val="24"/>
                  <w:szCs w:val="24"/>
                  <w:shd w:val="clear" w:color="auto" w:fill="FFFFFF"/>
                </w:rPr>
                <w:t>https://vk.com/wall-</w:t>
              </w:r>
              <w:r w:rsidR="00CD58D2" w:rsidRPr="00773990">
                <w:rPr>
                  <w:rStyle w:val="a6"/>
                  <w:sz w:val="24"/>
                  <w:szCs w:val="24"/>
                  <w:shd w:val="clear" w:color="auto" w:fill="FFFFFF"/>
                </w:rPr>
                <w:lastRenderedPageBreak/>
                <w:t>233609388_326</w:t>
              </w:r>
            </w:hyperlink>
            <w:r w:rsidR="00CD58D2"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33" w:type="dxa"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Активисты первичного </w:t>
            </w: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отделения Движения</w:t>
            </w:r>
            <w:proofErr w:type="gramStart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 П</w:t>
            </w:r>
            <w:proofErr w:type="gramEnd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ервых организовали книгообмен «Что скрывает обложка?». Участники акции обернули каждую книгу в бумагу так, чтобы не было видно ни автора, ни названия произведения, затем написали на пергаменте короткие тезисы о содержании книги. Каждый участник, смог не только принести свою книгу, но и обменять ее </w:t>
            </w:r>
            <w:proofErr w:type="gramStart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на</w:t>
            </w:r>
            <w:proofErr w:type="gramEnd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 другую.</w:t>
            </w:r>
          </w:p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Количество: 6 участников.</w:t>
            </w:r>
          </w:p>
        </w:tc>
      </w:tr>
      <w:tr w:rsidR="00CD58D2" w:rsidRPr="00CD58D2" w:rsidTr="000E49D6">
        <w:tc>
          <w:tcPr>
            <w:tcW w:w="2801" w:type="dxa"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Акция "Тепло для героя"</w:t>
            </w:r>
          </w:p>
        </w:tc>
        <w:tc>
          <w:tcPr>
            <w:tcW w:w="1594" w:type="dxa"/>
            <w:vAlign w:val="center"/>
          </w:tcPr>
          <w:p w:rsidR="00CD58D2" w:rsidRPr="00773990" w:rsidRDefault="00CD58D2" w:rsidP="000E49D6">
            <w:pPr>
              <w:jc w:val="center"/>
              <w:rPr>
                <w:bCs/>
                <w:sz w:val="24"/>
                <w:szCs w:val="24"/>
              </w:rPr>
            </w:pPr>
            <w:r w:rsidRPr="00773990">
              <w:rPr>
                <w:bCs/>
                <w:sz w:val="24"/>
                <w:szCs w:val="24"/>
              </w:rPr>
              <w:t>17.02</w:t>
            </w:r>
          </w:p>
        </w:tc>
        <w:tc>
          <w:tcPr>
            <w:tcW w:w="2604" w:type="dxa"/>
            <w:vAlign w:val="center"/>
          </w:tcPr>
          <w:p w:rsidR="00CD58D2" w:rsidRPr="00773990" w:rsidRDefault="00976268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hyperlink r:id="rId64" w:history="1">
              <w:r w:rsidR="00CD58D2" w:rsidRPr="00773990">
                <w:rPr>
                  <w:rStyle w:val="a6"/>
                  <w:sz w:val="24"/>
                  <w:szCs w:val="24"/>
                  <w:shd w:val="clear" w:color="auto" w:fill="FFFFFF"/>
                </w:rPr>
                <w:t>https://vk.com/wall-233609388_328</w:t>
              </w:r>
            </w:hyperlink>
            <w:r w:rsidR="00CD58D2"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33" w:type="dxa"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Активисты написали письма для наших солдат, которые выполняют свой долг в зоне специальной военной операции.</w:t>
            </w:r>
          </w:p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Количество: 20 участников.</w:t>
            </w:r>
          </w:p>
        </w:tc>
      </w:tr>
      <w:tr w:rsidR="00CD58D2" w:rsidRPr="00CD58D2" w:rsidTr="000E49D6">
        <w:tc>
          <w:tcPr>
            <w:tcW w:w="2801" w:type="dxa"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Смотр-конкурс юнармейских отрядов общеобразовательных организаций района «Лучший юнармейский отряд – к Обелиску Славы».</w:t>
            </w:r>
          </w:p>
        </w:tc>
        <w:tc>
          <w:tcPr>
            <w:tcW w:w="1594" w:type="dxa"/>
            <w:vAlign w:val="center"/>
          </w:tcPr>
          <w:p w:rsidR="00CD58D2" w:rsidRPr="00773990" w:rsidRDefault="00CD58D2" w:rsidP="000E49D6">
            <w:pPr>
              <w:jc w:val="center"/>
              <w:rPr>
                <w:bCs/>
                <w:sz w:val="24"/>
                <w:szCs w:val="24"/>
              </w:rPr>
            </w:pPr>
            <w:r w:rsidRPr="00773990">
              <w:rPr>
                <w:bCs/>
                <w:sz w:val="24"/>
                <w:szCs w:val="24"/>
              </w:rPr>
              <w:t>18.02</w:t>
            </w:r>
          </w:p>
        </w:tc>
        <w:tc>
          <w:tcPr>
            <w:tcW w:w="2604" w:type="dxa"/>
            <w:vAlign w:val="center"/>
          </w:tcPr>
          <w:p w:rsidR="00CD58D2" w:rsidRPr="00773990" w:rsidRDefault="00976268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hyperlink r:id="rId65" w:history="1">
              <w:r w:rsidR="00CD58D2" w:rsidRPr="00773990">
                <w:rPr>
                  <w:rStyle w:val="a6"/>
                  <w:sz w:val="24"/>
                  <w:szCs w:val="24"/>
                  <w:shd w:val="clear" w:color="auto" w:fill="FFFFFF"/>
                </w:rPr>
                <w:t>https://vk.com/wall-233609388_331</w:t>
              </w:r>
            </w:hyperlink>
            <w:r w:rsidR="00CD58D2"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33" w:type="dxa"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Участники соревновались в двух возрастных группах: 11-14 и 14-17 лет. В программу входили следующие испытания:</w:t>
            </w:r>
            <w:r w:rsidRPr="00773990">
              <w:rPr>
                <w:color w:val="000000"/>
                <w:sz w:val="24"/>
                <w:szCs w:val="24"/>
              </w:rPr>
              <w:br/>
            </w: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- «Смотр строя и песни»;</w:t>
            </w:r>
            <w:r w:rsidRPr="00773990">
              <w:rPr>
                <w:color w:val="000000"/>
                <w:sz w:val="24"/>
                <w:szCs w:val="24"/>
              </w:rPr>
              <w:br/>
            </w: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- «Снайпер»;</w:t>
            </w:r>
            <w:r w:rsidRPr="00773990">
              <w:rPr>
                <w:color w:val="000000"/>
                <w:sz w:val="24"/>
                <w:szCs w:val="24"/>
              </w:rPr>
              <w:br/>
            </w: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- «Эстафета по разборке-сборке АК-74М и снаряжения магазина».</w:t>
            </w:r>
          </w:p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Наши юнармейцы заняли почетное 3 место в двух возрастных категориях.</w:t>
            </w:r>
          </w:p>
        </w:tc>
      </w:tr>
      <w:tr w:rsidR="00CD58D2" w:rsidRPr="00CD58D2" w:rsidTr="000E49D6">
        <w:tc>
          <w:tcPr>
            <w:tcW w:w="2801" w:type="dxa"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Интервью «Дети войны», </w:t>
            </w:r>
            <w:proofErr w:type="gramStart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посвященный</w:t>
            </w:r>
            <w:proofErr w:type="gramEnd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 Дню защитника Отечества</w:t>
            </w:r>
          </w:p>
        </w:tc>
        <w:tc>
          <w:tcPr>
            <w:tcW w:w="1594" w:type="dxa"/>
            <w:vAlign w:val="center"/>
          </w:tcPr>
          <w:p w:rsidR="00CD58D2" w:rsidRPr="00773990" w:rsidRDefault="00CD58D2" w:rsidP="000E49D6">
            <w:pPr>
              <w:jc w:val="center"/>
              <w:rPr>
                <w:bCs/>
                <w:sz w:val="24"/>
                <w:szCs w:val="24"/>
              </w:rPr>
            </w:pPr>
            <w:r w:rsidRPr="00773990">
              <w:rPr>
                <w:bCs/>
                <w:sz w:val="24"/>
                <w:szCs w:val="24"/>
              </w:rPr>
              <w:t>22.02</w:t>
            </w:r>
          </w:p>
        </w:tc>
        <w:tc>
          <w:tcPr>
            <w:tcW w:w="2604" w:type="dxa"/>
            <w:vAlign w:val="center"/>
          </w:tcPr>
          <w:p w:rsidR="00CD58D2" w:rsidRPr="00773990" w:rsidRDefault="00976268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hyperlink r:id="rId66" w:history="1">
              <w:r w:rsidR="00CD58D2" w:rsidRPr="00773990">
                <w:rPr>
                  <w:rStyle w:val="a6"/>
                  <w:sz w:val="24"/>
                  <w:szCs w:val="24"/>
                  <w:shd w:val="clear" w:color="auto" w:fill="FFFFFF"/>
                </w:rPr>
                <w:t>https://vk.com/wall-233609388_332</w:t>
              </w:r>
            </w:hyperlink>
            <w:r w:rsidR="00CD58D2"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33" w:type="dxa"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Жизнь Таисии Евгеньевны – это история о том, как можно пройти через тяжелейшие испытания, сохранить человечность и стать опорой для своей семьи и общества.</w:t>
            </w:r>
          </w:p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Интервьюер: </w:t>
            </w:r>
            <w:proofErr w:type="spellStart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Кухарук</w:t>
            </w:r>
            <w:proofErr w:type="spellEnd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 Татьяна (юнармеец).</w:t>
            </w:r>
          </w:p>
        </w:tc>
      </w:tr>
      <w:tr w:rsidR="00CD58D2" w:rsidRPr="00CD58D2" w:rsidTr="000E49D6">
        <w:tc>
          <w:tcPr>
            <w:tcW w:w="2801" w:type="dxa"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Классная встреча с участником СВО</w:t>
            </w:r>
          </w:p>
        </w:tc>
        <w:tc>
          <w:tcPr>
            <w:tcW w:w="1594" w:type="dxa"/>
            <w:vAlign w:val="center"/>
          </w:tcPr>
          <w:p w:rsidR="00CD58D2" w:rsidRPr="00773990" w:rsidRDefault="00CD58D2" w:rsidP="000E49D6">
            <w:pPr>
              <w:jc w:val="center"/>
              <w:rPr>
                <w:bCs/>
                <w:sz w:val="24"/>
                <w:szCs w:val="24"/>
              </w:rPr>
            </w:pPr>
            <w:r w:rsidRPr="00773990">
              <w:rPr>
                <w:bCs/>
                <w:sz w:val="24"/>
                <w:szCs w:val="24"/>
              </w:rPr>
              <w:t>26.02</w:t>
            </w:r>
          </w:p>
        </w:tc>
        <w:tc>
          <w:tcPr>
            <w:tcW w:w="2604" w:type="dxa"/>
            <w:vAlign w:val="center"/>
          </w:tcPr>
          <w:p w:rsidR="00CD58D2" w:rsidRPr="00773990" w:rsidRDefault="00976268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hyperlink r:id="rId67" w:history="1">
              <w:r w:rsidR="00CD58D2" w:rsidRPr="00773990">
                <w:rPr>
                  <w:rStyle w:val="a6"/>
                  <w:sz w:val="24"/>
                  <w:szCs w:val="24"/>
                  <w:shd w:val="clear" w:color="auto" w:fill="FFFFFF"/>
                </w:rPr>
                <w:t>https://vk.com/wall-233609388_334</w:t>
              </w:r>
            </w:hyperlink>
            <w:r w:rsidR="00CD58D2"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33" w:type="dxa"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К нам в гости пришел настоящий герой – участник специальной военной операции, человек </w:t>
            </w:r>
            <w:proofErr w:type="gramStart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позывным</w:t>
            </w:r>
            <w:proofErr w:type="gramEnd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 "Мороз", бывшим учеником нашей школы.</w:t>
            </w:r>
          </w:p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Количество: 20 участников.</w:t>
            </w:r>
          </w:p>
        </w:tc>
      </w:tr>
      <w:tr w:rsidR="00CD58D2" w:rsidRPr="00CD58D2" w:rsidTr="000E49D6">
        <w:tc>
          <w:tcPr>
            <w:tcW w:w="2801" w:type="dxa"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Муниципальный этап Всероссийского детско-</w:t>
            </w: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юношеского фестиваля «Ворошиловский стрелок - 2026».</w:t>
            </w:r>
          </w:p>
        </w:tc>
        <w:tc>
          <w:tcPr>
            <w:tcW w:w="1594" w:type="dxa"/>
            <w:vAlign w:val="center"/>
          </w:tcPr>
          <w:p w:rsidR="00CD58D2" w:rsidRPr="00773990" w:rsidRDefault="00CD58D2" w:rsidP="000E49D6">
            <w:pPr>
              <w:jc w:val="center"/>
              <w:rPr>
                <w:bCs/>
                <w:sz w:val="24"/>
                <w:szCs w:val="24"/>
              </w:rPr>
            </w:pPr>
            <w:r w:rsidRPr="00773990">
              <w:rPr>
                <w:bCs/>
                <w:sz w:val="24"/>
                <w:szCs w:val="24"/>
              </w:rPr>
              <w:lastRenderedPageBreak/>
              <w:t>27.02</w:t>
            </w:r>
          </w:p>
        </w:tc>
        <w:tc>
          <w:tcPr>
            <w:tcW w:w="2604" w:type="dxa"/>
            <w:vAlign w:val="center"/>
          </w:tcPr>
          <w:p w:rsidR="00CD58D2" w:rsidRPr="00773990" w:rsidRDefault="00976268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hyperlink r:id="rId68" w:history="1">
              <w:r w:rsidR="00CD58D2" w:rsidRPr="00773990">
                <w:rPr>
                  <w:rStyle w:val="a6"/>
                  <w:sz w:val="24"/>
                  <w:szCs w:val="24"/>
                  <w:shd w:val="clear" w:color="auto" w:fill="FFFFFF"/>
                </w:rPr>
                <w:t>https://vk.com/wall-233609388_341</w:t>
              </w:r>
            </w:hyperlink>
            <w:r w:rsidR="00CD58D2"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33" w:type="dxa"/>
            <w:vAlign w:val="center"/>
          </w:tcPr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По итогам муниципального Фестиваля «Ворошиловский </w:t>
            </w: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стрелок» </w:t>
            </w:r>
            <w:r w:rsidRPr="00773990">
              <w:rPr>
                <w:color w:val="000000"/>
                <w:sz w:val="24"/>
                <w:szCs w:val="24"/>
              </w:rPr>
              <w:br/>
            </w: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в общекомандном зачете муниципального этапа Всероссийского детско-юношеского фестиваля «Ворошиловский стрелок - 2026» места распределились следующим образом:</w:t>
            </w:r>
            <w:r w:rsidRPr="00773990">
              <w:rPr>
                <w:color w:val="000000"/>
                <w:sz w:val="24"/>
                <w:szCs w:val="24"/>
              </w:rPr>
              <w:br/>
            </w: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3 место - МБОУ Верхнесоленовская СОШ, руководитель Стрельцов Александр Викторович.</w:t>
            </w:r>
          </w:p>
        </w:tc>
      </w:tr>
      <w:tr w:rsidR="00CD58D2" w:rsidRPr="00CD58D2" w:rsidTr="000E49D6">
        <w:tc>
          <w:tcPr>
            <w:tcW w:w="2801" w:type="dxa"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В рамках проекта «Добро на Дону» Первые </w:t>
            </w:r>
            <w:proofErr w:type="spellStart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Верхнесолёновской</w:t>
            </w:r>
            <w:proofErr w:type="spellEnd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 школы провели "Добрые уроки"</w:t>
            </w:r>
          </w:p>
        </w:tc>
        <w:tc>
          <w:tcPr>
            <w:tcW w:w="1594" w:type="dxa"/>
            <w:vAlign w:val="center"/>
          </w:tcPr>
          <w:p w:rsidR="00CD58D2" w:rsidRPr="00773990" w:rsidRDefault="00CD58D2" w:rsidP="000E49D6">
            <w:pPr>
              <w:jc w:val="center"/>
              <w:rPr>
                <w:bCs/>
                <w:sz w:val="24"/>
                <w:szCs w:val="24"/>
              </w:rPr>
            </w:pPr>
            <w:r w:rsidRPr="00773990">
              <w:rPr>
                <w:bCs/>
                <w:sz w:val="24"/>
                <w:szCs w:val="24"/>
              </w:rPr>
              <w:t>28.02</w:t>
            </w:r>
          </w:p>
        </w:tc>
        <w:tc>
          <w:tcPr>
            <w:tcW w:w="2604" w:type="dxa"/>
            <w:vAlign w:val="center"/>
          </w:tcPr>
          <w:p w:rsidR="00CD58D2" w:rsidRPr="00773990" w:rsidRDefault="00976268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hyperlink r:id="rId69" w:history="1">
              <w:r w:rsidR="00CD58D2" w:rsidRPr="00773990">
                <w:rPr>
                  <w:rStyle w:val="a6"/>
                  <w:sz w:val="24"/>
                  <w:szCs w:val="24"/>
                  <w:shd w:val="clear" w:color="auto" w:fill="FFFFFF"/>
                </w:rPr>
                <w:t>https://vk.com/wall-233609388_342</w:t>
              </w:r>
            </w:hyperlink>
            <w:r w:rsidR="00CD58D2"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33" w:type="dxa"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Цель таких мероприяти</w:t>
            </w:r>
            <w:proofErr w:type="gramStart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й-</w:t>
            </w:r>
            <w:proofErr w:type="gramEnd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 повысить уровень знаний о добровольцах и научить смотреть на окружающий мир глазами доброго, внимательного человека.</w:t>
            </w:r>
          </w:p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Количество: 16 участников.</w:t>
            </w:r>
          </w:p>
        </w:tc>
      </w:tr>
      <w:tr w:rsidR="00CD58D2" w:rsidRPr="00CD58D2" w:rsidTr="000E49D6">
        <w:tc>
          <w:tcPr>
            <w:tcW w:w="10232" w:type="dxa"/>
            <w:gridSpan w:val="4"/>
            <w:vAlign w:val="center"/>
          </w:tcPr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b/>
                <w:bCs/>
                <w:sz w:val="24"/>
                <w:szCs w:val="24"/>
              </w:rPr>
              <w:t>Март</w:t>
            </w:r>
          </w:p>
        </w:tc>
      </w:tr>
      <w:tr w:rsidR="00CD58D2" w:rsidRPr="00CD58D2" w:rsidTr="000E49D6">
        <w:tc>
          <w:tcPr>
            <w:tcW w:w="2801" w:type="dxa"/>
            <w:vAlign w:val="center"/>
          </w:tcPr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b/>
                <w:bCs/>
                <w:sz w:val="24"/>
                <w:szCs w:val="24"/>
              </w:rPr>
              <w:t>Категория события</w:t>
            </w:r>
          </w:p>
        </w:tc>
        <w:tc>
          <w:tcPr>
            <w:tcW w:w="1594" w:type="dxa"/>
            <w:vAlign w:val="center"/>
          </w:tcPr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2604" w:type="dxa"/>
            <w:vAlign w:val="center"/>
          </w:tcPr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b/>
                <w:bCs/>
                <w:sz w:val="24"/>
                <w:szCs w:val="24"/>
              </w:rPr>
              <w:t>Ссылка на публикацию в социальных сетях</w:t>
            </w:r>
          </w:p>
        </w:tc>
        <w:tc>
          <w:tcPr>
            <w:tcW w:w="3233" w:type="dxa"/>
            <w:vAlign w:val="center"/>
          </w:tcPr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b/>
                <w:bCs/>
                <w:sz w:val="24"/>
                <w:szCs w:val="24"/>
              </w:rPr>
              <w:t>Описание события (содержание, краткие итоги, количество участников) (содержание, краткие итоги, количество участников)</w:t>
            </w:r>
          </w:p>
        </w:tc>
      </w:tr>
      <w:tr w:rsidR="00CD58D2" w:rsidRPr="00CD58D2" w:rsidTr="000E49D6">
        <w:tc>
          <w:tcPr>
            <w:tcW w:w="2801" w:type="dxa"/>
            <w:vAlign w:val="center"/>
          </w:tcPr>
          <w:p w:rsidR="00CD58D2" w:rsidRPr="00773990" w:rsidRDefault="00CD58D2" w:rsidP="000E49D6">
            <w:pPr>
              <w:jc w:val="center"/>
              <w:rPr>
                <w:sz w:val="24"/>
                <w:szCs w:val="24"/>
              </w:rPr>
            </w:pPr>
            <w:r w:rsidRPr="00773990">
              <w:rPr>
                <w:sz w:val="24"/>
                <w:szCs w:val="24"/>
              </w:rPr>
              <w:t xml:space="preserve">8 марта – Международный женский день </w:t>
            </w: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«Книжка теплых слов»</w:t>
            </w:r>
          </w:p>
        </w:tc>
        <w:tc>
          <w:tcPr>
            <w:tcW w:w="1594" w:type="dxa"/>
            <w:vMerge w:val="restart"/>
            <w:vAlign w:val="center"/>
          </w:tcPr>
          <w:p w:rsidR="00CD58D2" w:rsidRPr="00773990" w:rsidRDefault="00CD58D2" w:rsidP="000E49D6">
            <w:pPr>
              <w:jc w:val="center"/>
              <w:rPr>
                <w:bCs/>
                <w:sz w:val="24"/>
                <w:szCs w:val="24"/>
              </w:rPr>
            </w:pPr>
            <w:r w:rsidRPr="00773990">
              <w:rPr>
                <w:bCs/>
                <w:sz w:val="24"/>
                <w:szCs w:val="24"/>
              </w:rPr>
              <w:t>7.03</w:t>
            </w:r>
          </w:p>
        </w:tc>
        <w:tc>
          <w:tcPr>
            <w:tcW w:w="2604" w:type="dxa"/>
            <w:vAlign w:val="center"/>
          </w:tcPr>
          <w:p w:rsidR="00CD58D2" w:rsidRPr="00773990" w:rsidRDefault="00976268" w:rsidP="000E49D6">
            <w:pPr>
              <w:jc w:val="center"/>
              <w:rPr>
                <w:bCs/>
                <w:sz w:val="24"/>
                <w:szCs w:val="24"/>
              </w:rPr>
            </w:pPr>
            <w:hyperlink r:id="rId70" w:history="1">
              <w:r w:rsidR="00CD58D2" w:rsidRPr="00773990">
                <w:rPr>
                  <w:rStyle w:val="a6"/>
                  <w:bCs/>
                  <w:sz w:val="24"/>
                  <w:szCs w:val="24"/>
                </w:rPr>
                <w:t>https://vk.com/wall-233609388_344</w:t>
              </w:r>
            </w:hyperlink>
            <w:r w:rsidR="00CD58D2" w:rsidRPr="00773990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33" w:type="dxa"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Активисты «Орлята России» с трепетом подбирают слова, вспоминая самые светлые моменты, проведенные рядом с дорогими женщинами. Кто-то рисует иллюстрации, кто-то пишет стихи, а кто-то делится теплыми воспоминаниями. </w:t>
            </w:r>
          </w:p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Количество: 50 участников.</w:t>
            </w:r>
          </w:p>
        </w:tc>
      </w:tr>
      <w:tr w:rsidR="00CD58D2" w:rsidRPr="00CD58D2" w:rsidTr="000E49D6">
        <w:tc>
          <w:tcPr>
            <w:tcW w:w="2801" w:type="dxa"/>
            <w:vAlign w:val="center"/>
          </w:tcPr>
          <w:p w:rsidR="00CD58D2" w:rsidRPr="00773990" w:rsidRDefault="00CD58D2" w:rsidP="000E49D6">
            <w:pPr>
              <w:jc w:val="center"/>
              <w:rPr>
                <w:sz w:val="24"/>
                <w:szCs w:val="24"/>
              </w:rPr>
            </w:pPr>
            <w:r w:rsidRPr="00773990">
              <w:rPr>
                <w:sz w:val="24"/>
                <w:szCs w:val="24"/>
              </w:rPr>
              <w:t xml:space="preserve">8 марта – Международный женский день </w:t>
            </w: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«Помощь с любовью»</w:t>
            </w:r>
          </w:p>
        </w:tc>
        <w:tc>
          <w:tcPr>
            <w:tcW w:w="1594" w:type="dxa"/>
            <w:vMerge/>
            <w:vAlign w:val="center"/>
          </w:tcPr>
          <w:p w:rsidR="00CD58D2" w:rsidRPr="00773990" w:rsidRDefault="00CD58D2" w:rsidP="000E49D6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604" w:type="dxa"/>
            <w:vAlign w:val="center"/>
          </w:tcPr>
          <w:p w:rsidR="00CD58D2" w:rsidRPr="00773990" w:rsidRDefault="00976268" w:rsidP="000E49D6">
            <w:pPr>
              <w:jc w:val="center"/>
              <w:rPr>
                <w:bCs/>
                <w:sz w:val="24"/>
                <w:szCs w:val="24"/>
              </w:rPr>
            </w:pPr>
            <w:hyperlink r:id="rId71" w:history="1">
              <w:r w:rsidR="00CD58D2" w:rsidRPr="00773990">
                <w:rPr>
                  <w:rStyle w:val="a6"/>
                  <w:bCs/>
                  <w:sz w:val="24"/>
                  <w:szCs w:val="24"/>
                </w:rPr>
                <w:t>https://vk.com/wall-233609388_345</w:t>
              </w:r>
            </w:hyperlink>
            <w:r w:rsidR="00CD58D2" w:rsidRPr="00773990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33" w:type="dxa"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Учащиеся нашей школы с большим энтузиазмом взялись за подготовку. Они понимают, что самое ценное – это внимание и искренняя забота. Поэтому, помимо сердечных поздравлений, каждый ученик готовит подарок, сделанный собственными руками, несущий в себе тепло детских рук и безграничную любовь.</w:t>
            </w:r>
          </w:p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Количество: 10 участников.</w:t>
            </w:r>
          </w:p>
        </w:tc>
      </w:tr>
      <w:tr w:rsidR="00CD58D2" w:rsidRPr="00CD58D2" w:rsidTr="000E49D6">
        <w:tc>
          <w:tcPr>
            <w:tcW w:w="2801" w:type="dxa"/>
            <w:vAlign w:val="center"/>
          </w:tcPr>
          <w:p w:rsidR="00CD58D2" w:rsidRPr="00773990" w:rsidRDefault="00CD58D2" w:rsidP="000E49D6">
            <w:pPr>
              <w:jc w:val="center"/>
              <w:rPr>
                <w:sz w:val="24"/>
                <w:szCs w:val="24"/>
              </w:rPr>
            </w:pPr>
            <w:r w:rsidRPr="00773990">
              <w:rPr>
                <w:sz w:val="24"/>
                <w:szCs w:val="24"/>
              </w:rPr>
              <w:t xml:space="preserve">8 марта – Международный </w:t>
            </w:r>
            <w:r w:rsidRPr="00773990">
              <w:rPr>
                <w:sz w:val="24"/>
                <w:szCs w:val="24"/>
              </w:rPr>
              <w:lastRenderedPageBreak/>
              <w:t>женский день.</w:t>
            </w:r>
          </w:p>
          <w:p w:rsidR="00CD58D2" w:rsidRPr="00773990" w:rsidRDefault="00CD58D2" w:rsidP="000E49D6">
            <w:pPr>
              <w:jc w:val="center"/>
              <w:rPr>
                <w:sz w:val="24"/>
                <w:szCs w:val="24"/>
              </w:rPr>
            </w:pPr>
            <w:r w:rsidRPr="00773990">
              <w:rPr>
                <w:sz w:val="24"/>
                <w:szCs w:val="24"/>
              </w:rPr>
              <w:t xml:space="preserve">Всероссийская </w:t>
            </w: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акция «Спасибо, что открыла мне мир»</w:t>
            </w:r>
          </w:p>
        </w:tc>
        <w:tc>
          <w:tcPr>
            <w:tcW w:w="1594" w:type="dxa"/>
            <w:vMerge/>
            <w:vAlign w:val="center"/>
          </w:tcPr>
          <w:p w:rsidR="00CD58D2" w:rsidRPr="00773990" w:rsidRDefault="00CD58D2" w:rsidP="000E49D6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604" w:type="dxa"/>
            <w:vAlign w:val="center"/>
          </w:tcPr>
          <w:p w:rsidR="00CD58D2" w:rsidRPr="00773990" w:rsidRDefault="00976268" w:rsidP="000E49D6">
            <w:pPr>
              <w:jc w:val="center"/>
              <w:rPr>
                <w:bCs/>
                <w:sz w:val="24"/>
                <w:szCs w:val="24"/>
              </w:rPr>
            </w:pPr>
            <w:hyperlink r:id="rId72" w:history="1">
              <w:r w:rsidR="00CD58D2" w:rsidRPr="00773990">
                <w:rPr>
                  <w:rStyle w:val="a6"/>
                  <w:bCs/>
                  <w:sz w:val="24"/>
                  <w:szCs w:val="24"/>
                </w:rPr>
                <w:t>https://vk.com/wall-233609388_346</w:t>
              </w:r>
            </w:hyperlink>
            <w:r w:rsidR="00CD58D2" w:rsidRPr="00773990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33" w:type="dxa"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Акция «Спасибо, что открыла мне мир» – это не </w:t>
            </w: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просто праздничное мероприятие. Это возможность для учеников осознать ту огромную роль, которую играют женщины в их жизни, научиться выражать свои чувства и ценить мудрость, заботу и безграничную любовь, которые им дарят.</w:t>
            </w:r>
          </w:p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Количество: 10 </w:t>
            </w:r>
            <w:proofErr w:type="spellStart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уастников</w:t>
            </w:r>
            <w:proofErr w:type="spellEnd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CD58D2" w:rsidRPr="00CD58D2" w:rsidTr="000E49D6">
        <w:tc>
          <w:tcPr>
            <w:tcW w:w="2801" w:type="dxa"/>
            <w:vAlign w:val="center"/>
          </w:tcPr>
          <w:p w:rsidR="00CD58D2" w:rsidRPr="00773990" w:rsidRDefault="00CD58D2" w:rsidP="000E49D6">
            <w:pPr>
              <w:jc w:val="center"/>
              <w:rPr>
                <w:sz w:val="24"/>
                <w:szCs w:val="24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Всероссийской акция «Одна страна – одна история»</w:t>
            </w:r>
            <w:proofErr w:type="gramStart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О</w:t>
            </w:r>
            <w:proofErr w:type="gramEnd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нлайн-флешмоб</w:t>
            </w:r>
            <w:proofErr w:type="spellEnd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 "Путешествие по Крыму".</w:t>
            </w:r>
          </w:p>
        </w:tc>
        <w:tc>
          <w:tcPr>
            <w:tcW w:w="1594" w:type="dxa"/>
            <w:vMerge w:val="restart"/>
            <w:vAlign w:val="center"/>
          </w:tcPr>
          <w:p w:rsidR="00CD58D2" w:rsidRPr="00773990" w:rsidRDefault="00CD58D2" w:rsidP="000E49D6">
            <w:pPr>
              <w:jc w:val="center"/>
              <w:rPr>
                <w:bCs/>
                <w:sz w:val="24"/>
                <w:szCs w:val="24"/>
              </w:rPr>
            </w:pPr>
            <w:r w:rsidRPr="00773990">
              <w:rPr>
                <w:bCs/>
                <w:sz w:val="24"/>
                <w:szCs w:val="24"/>
              </w:rPr>
              <w:t>18.03</w:t>
            </w:r>
          </w:p>
        </w:tc>
        <w:tc>
          <w:tcPr>
            <w:tcW w:w="2604" w:type="dxa"/>
            <w:vAlign w:val="center"/>
          </w:tcPr>
          <w:p w:rsidR="00CD58D2" w:rsidRPr="00773990" w:rsidRDefault="00976268" w:rsidP="000E49D6">
            <w:pPr>
              <w:jc w:val="center"/>
              <w:rPr>
                <w:bCs/>
                <w:sz w:val="24"/>
                <w:szCs w:val="24"/>
              </w:rPr>
            </w:pPr>
            <w:hyperlink r:id="rId73" w:history="1">
              <w:r w:rsidR="00CD58D2" w:rsidRPr="00773990">
                <w:rPr>
                  <w:rStyle w:val="a6"/>
                  <w:bCs/>
                  <w:sz w:val="24"/>
                  <w:szCs w:val="24"/>
                </w:rPr>
                <w:t>https://vk.com/wall-233609388_350</w:t>
              </w:r>
            </w:hyperlink>
            <w:r w:rsidR="00CD58D2" w:rsidRPr="00773990">
              <w:rPr>
                <w:bCs/>
                <w:sz w:val="24"/>
                <w:szCs w:val="24"/>
              </w:rPr>
              <w:t xml:space="preserve"> </w:t>
            </w:r>
          </w:p>
          <w:p w:rsidR="00CD58D2" w:rsidRPr="00773990" w:rsidRDefault="00976268" w:rsidP="000E49D6">
            <w:pPr>
              <w:jc w:val="center"/>
              <w:rPr>
                <w:bCs/>
                <w:sz w:val="24"/>
                <w:szCs w:val="24"/>
              </w:rPr>
            </w:pPr>
            <w:hyperlink r:id="rId74" w:history="1">
              <w:r w:rsidR="00CD58D2" w:rsidRPr="00773990">
                <w:rPr>
                  <w:rStyle w:val="a6"/>
                  <w:bCs/>
                  <w:sz w:val="24"/>
                  <w:szCs w:val="24"/>
                </w:rPr>
                <w:t>https://vk.com/wall-233609388_354</w:t>
              </w:r>
            </w:hyperlink>
            <w:r w:rsidR="00CD58D2" w:rsidRPr="00773990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33" w:type="dxa"/>
            <w:vAlign w:val="center"/>
          </w:tcPr>
          <w:p w:rsidR="00CD58D2" w:rsidRPr="00773990" w:rsidRDefault="00CD58D2" w:rsidP="000E49D6">
            <w:pPr>
              <w:jc w:val="center"/>
              <w:rPr>
                <w:bCs/>
                <w:sz w:val="24"/>
                <w:szCs w:val="24"/>
              </w:rPr>
            </w:pPr>
            <w:r w:rsidRPr="00773990">
              <w:rPr>
                <w:bCs/>
                <w:sz w:val="24"/>
                <w:szCs w:val="24"/>
              </w:rPr>
              <w:t>Количество: 2 участника.</w:t>
            </w:r>
          </w:p>
        </w:tc>
      </w:tr>
      <w:tr w:rsidR="00CD58D2" w:rsidRPr="00CD58D2" w:rsidTr="000E49D6">
        <w:tc>
          <w:tcPr>
            <w:tcW w:w="2801" w:type="dxa"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Всероссийский Урок памяти «Возвращение в родную гавань»: вспоминаем историю Крыма</w:t>
            </w:r>
          </w:p>
        </w:tc>
        <w:tc>
          <w:tcPr>
            <w:tcW w:w="1594" w:type="dxa"/>
            <w:vMerge/>
            <w:vAlign w:val="center"/>
          </w:tcPr>
          <w:p w:rsidR="00CD58D2" w:rsidRPr="00773990" w:rsidRDefault="00CD58D2" w:rsidP="000E49D6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604" w:type="dxa"/>
            <w:vAlign w:val="center"/>
          </w:tcPr>
          <w:p w:rsidR="00CD58D2" w:rsidRPr="00773990" w:rsidRDefault="00976268" w:rsidP="000E49D6">
            <w:pPr>
              <w:jc w:val="center"/>
              <w:rPr>
                <w:bCs/>
                <w:sz w:val="24"/>
                <w:szCs w:val="24"/>
              </w:rPr>
            </w:pPr>
            <w:hyperlink r:id="rId75" w:history="1">
              <w:r w:rsidR="00CD58D2" w:rsidRPr="00773990">
                <w:rPr>
                  <w:rStyle w:val="a6"/>
                  <w:bCs/>
                  <w:sz w:val="24"/>
                  <w:szCs w:val="24"/>
                </w:rPr>
                <w:t>https://vk.com/wall-233609388_351</w:t>
              </w:r>
            </w:hyperlink>
            <w:r w:rsidR="00CD58D2" w:rsidRPr="00773990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33" w:type="dxa"/>
            <w:vAlign w:val="center"/>
          </w:tcPr>
          <w:p w:rsidR="00CD58D2" w:rsidRPr="00773990" w:rsidRDefault="00CD58D2" w:rsidP="000E49D6">
            <w:pPr>
              <w:jc w:val="center"/>
              <w:rPr>
                <w:sz w:val="24"/>
                <w:szCs w:val="24"/>
              </w:rPr>
            </w:pPr>
            <w:r w:rsidRPr="00773990">
              <w:rPr>
                <w:sz w:val="24"/>
                <w:szCs w:val="24"/>
              </w:rPr>
              <w:t>Урок состоял из двух содержательных блоков. В информационно</w:t>
            </w:r>
            <w:r w:rsidRPr="00773990">
              <w:rPr>
                <w:sz w:val="24"/>
                <w:szCs w:val="24"/>
              </w:rPr>
              <w:noBreakHyphen/>
              <w:t>образовательном блоке ребята погрузились в историю Крымского полуострова.</w:t>
            </w:r>
          </w:p>
          <w:p w:rsidR="00CD58D2" w:rsidRPr="00773990" w:rsidRDefault="00CD58D2" w:rsidP="000E49D6">
            <w:pPr>
              <w:jc w:val="center"/>
              <w:rPr>
                <w:sz w:val="24"/>
                <w:szCs w:val="24"/>
              </w:rPr>
            </w:pPr>
            <w:r w:rsidRPr="00773990">
              <w:rPr>
                <w:sz w:val="24"/>
                <w:szCs w:val="24"/>
              </w:rPr>
              <w:t>Во втором, интерактивном блоке, школьники проверили, насколько хорошо они знают историю и культуру полуострова.</w:t>
            </w:r>
          </w:p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sz w:val="24"/>
                <w:szCs w:val="24"/>
              </w:rPr>
              <w:t>Количество: 30 участников.</w:t>
            </w:r>
          </w:p>
        </w:tc>
      </w:tr>
      <w:tr w:rsidR="00CD58D2" w:rsidRPr="00CD58D2" w:rsidTr="000E49D6">
        <w:tc>
          <w:tcPr>
            <w:tcW w:w="2801" w:type="dxa"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«Одна страна – одна история»: в нашей школе прошла викторина, посвященная воссоединению Крыма с Россией</w:t>
            </w:r>
          </w:p>
        </w:tc>
        <w:tc>
          <w:tcPr>
            <w:tcW w:w="1594" w:type="dxa"/>
            <w:vMerge/>
            <w:vAlign w:val="center"/>
          </w:tcPr>
          <w:p w:rsidR="00CD58D2" w:rsidRPr="00773990" w:rsidRDefault="00CD58D2" w:rsidP="000E49D6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604" w:type="dxa"/>
            <w:vAlign w:val="center"/>
          </w:tcPr>
          <w:p w:rsidR="00CD58D2" w:rsidRPr="00773990" w:rsidRDefault="00976268" w:rsidP="000E49D6">
            <w:pPr>
              <w:jc w:val="center"/>
              <w:rPr>
                <w:bCs/>
                <w:sz w:val="24"/>
                <w:szCs w:val="24"/>
              </w:rPr>
            </w:pPr>
            <w:hyperlink r:id="rId76" w:history="1">
              <w:r w:rsidR="00CD58D2" w:rsidRPr="00773990">
                <w:rPr>
                  <w:rStyle w:val="a6"/>
                  <w:bCs/>
                  <w:sz w:val="24"/>
                  <w:szCs w:val="24"/>
                </w:rPr>
                <w:t>https://vk.com/wall-233609388_352</w:t>
              </w:r>
            </w:hyperlink>
            <w:r w:rsidR="00CD58D2" w:rsidRPr="00773990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33" w:type="dxa"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Интеллектуальное состязание показало, что ребята не только знают основные исторические даты, но и искренне интересуются судьбой своей Родины.</w:t>
            </w:r>
          </w:p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Количество: 29 участников.</w:t>
            </w:r>
          </w:p>
        </w:tc>
      </w:tr>
      <w:tr w:rsidR="00CD58D2" w:rsidRPr="00CD58D2" w:rsidTr="000E49D6">
        <w:tc>
          <w:tcPr>
            <w:tcW w:w="2801" w:type="dxa"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Отборочный этап Всероссийской военно-патриотической игры «Зарница 2.0»</w:t>
            </w:r>
          </w:p>
        </w:tc>
        <w:tc>
          <w:tcPr>
            <w:tcW w:w="1594" w:type="dxa"/>
            <w:vAlign w:val="center"/>
          </w:tcPr>
          <w:p w:rsidR="00CD58D2" w:rsidRPr="00773990" w:rsidRDefault="00CD58D2" w:rsidP="000E49D6">
            <w:pPr>
              <w:jc w:val="center"/>
              <w:rPr>
                <w:bCs/>
                <w:sz w:val="24"/>
                <w:szCs w:val="24"/>
              </w:rPr>
            </w:pPr>
            <w:r w:rsidRPr="00773990">
              <w:rPr>
                <w:bCs/>
                <w:sz w:val="24"/>
                <w:szCs w:val="24"/>
              </w:rPr>
              <w:t>26.03</w:t>
            </w:r>
          </w:p>
        </w:tc>
        <w:tc>
          <w:tcPr>
            <w:tcW w:w="2604" w:type="dxa"/>
            <w:vAlign w:val="center"/>
          </w:tcPr>
          <w:p w:rsidR="00CD58D2" w:rsidRPr="00773990" w:rsidRDefault="00976268" w:rsidP="000E49D6">
            <w:pPr>
              <w:jc w:val="center"/>
              <w:rPr>
                <w:bCs/>
                <w:sz w:val="24"/>
                <w:szCs w:val="24"/>
              </w:rPr>
            </w:pPr>
            <w:hyperlink r:id="rId77" w:history="1">
              <w:r w:rsidR="00CD58D2" w:rsidRPr="00773990">
                <w:rPr>
                  <w:rStyle w:val="a6"/>
                  <w:bCs/>
                  <w:sz w:val="24"/>
                  <w:szCs w:val="24"/>
                </w:rPr>
                <w:t>https://vk.com/wall-233609388_356</w:t>
              </w:r>
            </w:hyperlink>
            <w:r w:rsidR="00CD58D2" w:rsidRPr="00773990">
              <w:rPr>
                <w:bCs/>
                <w:sz w:val="24"/>
                <w:szCs w:val="24"/>
              </w:rPr>
              <w:t xml:space="preserve"> </w:t>
            </w:r>
          </w:p>
          <w:p w:rsidR="00CD58D2" w:rsidRPr="00773990" w:rsidRDefault="00CD58D2" w:rsidP="000E49D6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233" w:type="dxa"/>
            <w:vAlign w:val="center"/>
          </w:tcPr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Зарница способствовала сплочению детского коллектива, развитию физических каче</w:t>
            </w:r>
            <w:proofErr w:type="gramStart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ств шк</w:t>
            </w:r>
            <w:proofErr w:type="gramEnd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ольников, привлечению детей к здоровому образу жизни, выработке навыков действий в экстремальных ситуациях, а также учила главному – любить и защищать своё Отечество.</w:t>
            </w:r>
          </w:p>
        </w:tc>
      </w:tr>
      <w:tr w:rsidR="00CD58D2" w:rsidRPr="00CD58D2" w:rsidTr="000E49D6">
        <w:tc>
          <w:tcPr>
            <w:tcW w:w="2801" w:type="dxa"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Всероссийская акция «В мире театра»</w:t>
            </w:r>
          </w:p>
        </w:tc>
        <w:tc>
          <w:tcPr>
            <w:tcW w:w="1594" w:type="dxa"/>
            <w:vAlign w:val="center"/>
          </w:tcPr>
          <w:p w:rsidR="00CD58D2" w:rsidRPr="00773990" w:rsidRDefault="00CD58D2" w:rsidP="000E49D6">
            <w:pPr>
              <w:jc w:val="center"/>
              <w:rPr>
                <w:bCs/>
                <w:sz w:val="24"/>
                <w:szCs w:val="24"/>
              </w:rPr>
            </w:pPr>
            <w:r w:rsidRPr="00773990">
              <w:rPr>
                <w:bCs/>
                <w:sz w:val="24"/>
                <w:szCs w:val="24"/>
              </w:rPr>
              <w:t>27.03</w:t>
            </w:r>
          </w:p>
        </w:tc>
        <w:tc>
          <w:tcPr>
            <w:tcW w:w="2604" w:type="dxa"/>
            <w:vAlign w:val="center"/>
          </w:tcPr>
          <w:p w:rsidR="00CD58D2" w:rsidRPr="00773990" w:rsidRDefault="00976268" w:rsidP="000E49D6">
            <w:pPr>
              <w:jc w:val="center"/>
              <w:rPr>
                <w:bCs/>
                <w:sz w:val="24"/>
                <w:szCs w:val="24"/>
              </w:rPr>
            </w:pPr>
            <w:hyperlink r:id="rId78" w:history="1">
              <w:r w:rsidR="00CD58D2" w:rsidRPr="00773990">
                <w:rPr>
                  <w:rStyle w:val="a6"/>
                  <w:bCs/>
                  <w:sz w:val="24"/>
                  <w:szCs w:val="24"/>
                </w:rPr>
                <w:t>https://vk.com/wall-233609388_359</w:t>
              </w:r>
            </w:hyperlink>
            <w:r w:rsidR="00CD58D2" w:rsidRPr="00773990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33" w:type="dxa"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Активисты Движения</w:t>
            </w:r>
            <w:proofErr w:type="gramStart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 П</w:t>
            </w:r>
            <w:proofErr w:type="gramEnd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ервых подготовили и провели захватывающую викторину в рамках Всероссийской акции «В </w:t>
            </w: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мире театра», где каждый мог проверить свои знания о великих пьесах, актерах и театральных традициях.</w:t>
            </w:r>
          </w:p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Количество: 16 участников.</w:t>
            </w:r>
          </w:p>
        </w:tc>
      </w:tr>
      <w:tr w:rsidR="00CD58D2" w:rsidRPr="00CD58D2" w:rsidTr="000E49D6">
        <w:tc>
          <w:tcPr>
            <w:tcW w:w="10232" w:type="dxa"/>
            <w:gridSpan w:val="4"/>
            <w:vAlign w:val="center"/>
          </w:tcPr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b/>
                <w:bCs/>
                <w:sz w:val="24"/>
                <w:szCs w:val="24"/>
              </w:rPr>
              <w:lastRenderedPageBreak/>
              <w:t>Апрель</w:t>
            </w:r>
          </w:p>
        </w:tc>
      </w:tr>
      <w:tr w:rsidR="00CD58D2" w:rsidRPr="00CD58D2" w:rsidTr="000E49D6">
        <w:tc>
          <w:tcPr>
            <w:tcW w:w="2801" w:type="dxa"/>
            <w:vAlign w:val="center"/>
          </w:tcPr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b/>
                <w:bCs/>
                <w:sz w:val="24"/>
                <w:szCs w:val="24"/>
              </w:rPr>
              <w:t>Категория события</w:t>
            </w:r>
          </w:p>
        </w:tc>
        <w:tc>
          <w:tcPr>
            <w:tcW w:w="1594" w:type="dxa"/>
            <w:vAlign w:val="center"/>
          </w:tcPr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2604" w:type="dxa"/>
            <w:vAlign w:val="center"/>
          </w:tcPr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b/>
                <w:bCs/>
                <w:sz w:val="24"/>
                <w:szCs w:val="24"/>
              </w:rPr>
              <w:t>Ссылка на публикацию в социальных сетях</w:t>
            </w:r>
          </w:p>
        </w:tc>
        <w:tc>
          <w:tcPr>
            <w:tcW w:w="3233" w:type="dxa"/>
            <w:vAlign w:val="center"/>
          </w:tcPr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b/>
                <w:bCs/>
                <w:sz w:val="24"/>
                <w:szCs w:val="24"/>
              </w:rPr>
              <w:t>Описание события (содержание, краткие итоги, количество участников) (содержание, краткие итоги, количество участников)</w:t>
            </w:r>
          </w:p>
        </w:tc>
      </w:tr>
      <w:tr w:rsidR="00CD58D2" w:rsidRPr="00CD58D2" w:rsidTr="000E49D6">
        <w:tc>
          <w:tcPr>
            <w:tcW w:w="2801" w:type="dxa"/>
            <w:vAlign w:val="center"/>
          </w:tcPr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Всероссийская акция «Укрепляй здоровье»</w:t>
            </w:r>
          </w:p>
        </w:tc>
        <w:tc>
          <w:tcPr>
            <w:tcW w:w="1594" w:type="dxa"/>
            <w:vMerge w:val="restart"/>
            <w:vAlign w:val="center"/>
          </w:tcPr>
          <w:p w:rsidR="00CD58D2" w:rsidRPr="00773990" w:rsidRDefault="00CD58D2" w:rsidP="000E49D6">
            <w:pPr>
              <w:jc w:val="center"/>
              <w:rPr>
                <w:bCs/>
                <w:sz w:val="24"/>
                <w:szCs w:val="24"/>
              </w:rPr>
            </w:pPr>
            <w:r w:rsidRPr="00773990">
              <w:rPr>
                <w:bCs/>
                <w:sz w:val="24"/>
                <w:szCs w:val="24"/>
              </w:rPr>
              <w:t>7.04</w:t>
            </w:r>
          </w:p>
        </w:tc>
        <w:tc>
          <w:tcPr>
            <w:tcW w:w="2604" w:type="dxa"/>
            <w:vAlign w:val="center"/>
          </w:tcPr>
          <w:p w:rsidR="00CD58D2" w:rsidRPr="00773990" w:rsidRDefault="00976268" w:rsidP="000E49D6">
            <w:pPr>
              <w:jc w:val="center"/>
              <w:rPr>
                <w:bCs/>
                <w:sz w:val="24"/>
                <w:szCs w:val="24"/>
              </w:rPr>
            </w:pPr>
            <w:hyperlink r:id="rId79" w:history="1">
              <w:r w:rsidR="00CD58D2" w:rsidRPr="00773990">
                <w:rPr>
                  <w:rStyle w:val="a6"/>
                  <w:bCs/>
                  <w:sz w:val="24"/>
                  <w:szCs w:val="24"/>
                </w:rPr>
                <w:t>https://vk.com/wall-233609388_369</w:t>
              </w:r>
            </w:hyperlink>
            <w:r w:rsidR="00CD58D2" w:rsidRPr="00773990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33" w:type="dxa"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В рамках Всероссийской акции «Укрепляй здоровье», посвященной «Всемирному дню здоровья», для участников первичного отделения Движения</w:t>
            </w:r>
            <w:proofErr w:type="gramStart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 П</w:t>
            </w:r>
            <w:proofErr w:type="gramEnd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ервых и обучающихся нашей школы прошла увлекательная интеллектуальная игра</w:t>
            </w:r>
            <w:r w:rsidRPr="00773990">
              <w:rPr>
                <w:color w:val="000000"/>
                <w:sz w:val="24"/>
                <w:szCs w:val="24"/>
              </w:rPr>
              <w:br/>
            </w: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«Верю — не верю».</w:t>
            </w:r>
          </w:p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Количество: 30 участников.</w:t>
            </w:r>
          </w:p>
        </w:tc>
      </w:tr>
      <w:tr w:rsidR="00CD58D2" w:rsidRPr="00CD58D2" w:rsidTr="000E49D6">
        <w:tc>
          <w:tcPr>
            <w:tcW w:w="2801" w:type="dxa"/>
            <w:vAlign w:val="center"/>
          </w:tcPr>
          <w:p w:rsidR="00CD58D2" w:rsidRPr="00773990" w:rsidRDefault="00CD58D2" w:rsidP="000E49D6">
            <w:pPr>
              <w:jc w:val="center"/>
              <w:rPr>
                <w:sz w:val="24"/>
                <w:szCs w:val="24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Тематические уроки по здоровому питанию «Будь здоров!»</w:t>
            </w:r>
          </w:p>
        </w:tc>
        <w:tc>
          <w:tcPr>
            <w:tcW w:w="1594" w:type="dxa"/>
            <w:vMerge/>
            <w:vAlign w:val="center"/>
          </w:tcPr>
          <w:p w:rsidR="00CD58D2" w:rsidRPr="00773990" w:rsidRDefault="00CD58D2" w:rsidP="000E49D6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604" w:type="dxa"/>
            <w:vAlign w:val="center"/>
          </w:tcPr>
          <w:p w:rsidR="00CD58D2" w:rsidRPr="00773990" w:rsidRDefault="00976268" w:rsidP="000E49D6">
            <w:pPr>
              <w:jc w:val="center"/>
              <w:rPr>
                <w:bCs/>
                <w:sz w:val="24"/>
                <w:szCs w:val="24"/>
              </w:rPr>
            </w:pPr>
            <w:hyperlink r:id="rId80" w:history="1">
              <w:r w:rsidR="00CD58D2" w:rsidRPr="00773990">
                <w:rPr>
                  <w:rStyle w:val="a6"/>
                  <w:bCs/>
                  <w:sz w:val="24"/>
                  <w:szCs w:val="24"/>
                </w:rPr>
                <w:t>https://vk.com/wall-233609388_370</w:t>
              </w:r>
            </w:hyperlink>
            <w:r w:rsidR="00CD58D2" w:rsidRPr="00773990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33" w:type="dxa"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В рамках всероссийской акции «Укрепляй здоровье», приуроченной </w:t>
            </w:r>
            <w:proofErr w:type="gramStart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ко</w:t>
            </w:r>
            <w:proofErr w:type="gramEnd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 Всемирному дню здоровья, наши ученики поделились знаниями о важности сбалансированного рациона и полезных продуктах.</w:t>
            </w:r>
          </w:p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Количество: 20 участников.</w:t>
            </w:r>
          </w:p>
        </w:tc>
      </w:tr>
      <w:tr w:rsidR="00CD58D2" w:rsidRPr="00CD58D2" w:rsidTr="000E49D6">
        <w:tc>
          <w:tcPr>
            <w:tcW w:w="2801" w:type="dxa"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Всероссийская акция «Укрепляй здоровье», </w:t>
            </w:r>
            <w:proofErr w:type="gramStart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посвящённой</w:t>
            </w:r>
            <w:proofErr w:type="gramEnd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 Всемирному дню здоровья</w:t>
            </w:r>
          </w:p>
        </w:tc>
        <w:tc>
          <w:tcPr>
            <w:tcW w:w="1594" w:type="dxa"/>
            <w:vMerge/>
            <w:vAlign w:val="center"/>
          </w:tcPr>
          <w:p w:rsidR="00CD58D2" w:rsidRPr="00773990" w:rsidRDefault="00CD58D2" w:rsidP="000E49D6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604" w:type="dxa"/>
            <w:vAlign w:val="center"/>
          </w:tcPr>
          <w:p w:rsidR="00CD58D2" w:rsidRPr="00773990" w:rsidRDefault="00976268" w:rsidP="000E49D6">
            <w:pPr>
              <w:jc w:val="center"/>
              <w:rPr>
                <w:bCs/>
                <w:sz w:val="24"/>
                <w:szCs w:val="24"/>
              </w:rPr>
            </w:pPr>
            <w:hyperlink r:id="rId81" w:history="1">
              <w:r w:rsidR="00CD58D2" w:rsidRPr="00773990">
                <w:rPr>
                  <w:rStyle w:val="a6"/>
                  <w:bCs/>
                  <w:sz w:val="24"/>
                  <w:szCs w:val="24"/>
                </w:rPr>
                <w:t>https://vk.com/wall-233609388_371</w:t>
              </w:r>
            </w:hyperlink>
          </w:p>
          <w:p w:rsidR="00CD58D2" w:rsidRPr="00773990" w:rsidRDefault="00CD58D2" w:rsidP="000E49D6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233" w:type="dxa"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Ребята с восторгом участвовали в весёлых эстафетах, командных соревнованиях и играх, которые знакомы ещё их бабушкам и дедушкам. «Классики», «</w:t>
            </w:r>
            <w:proofErr w:type="spellStart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Резиночка</w:t>
            </w:r>
            <w:proofErr w:type="spellEnd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» и другие забавы не только подарили море улыбок, но и помогли каждому проявить ловкость, смекалку и командный дух.</w:t>
            </w:r>
          </w:p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Количество: 50 участников.</w:t>
            </w:r>
          </w:p>
        </w:tc>
      </w:tr>
      <w:tr w:rsidR="00CD58D2" w:rsidRPr="00CD58D2" w:rsidTr="000E49D6">
        <w:tc>
          <w:tcPr>
            <w:tcW w:w="2801" w:type="dxa"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12 апреля «День космонавтики»</w:t>
            </w:r>
          </w:p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«Космическая мастерская»</w:t>
            </w:r>
          </w:p>
        </w:tc>
        <w:tc>
          <w:tcPr>
            <w:tcW w:w="1594" w:type="dxa"/>
            <w:vAlign w:val="center"/>
          </w:tcPr>
          <w:p w:rsidR="00CD58D2" w:rsidRPr="00773990" w:rsidRDefault="00CD58D2" w:rsidP="000E49D6">
            <w:pPr>
              <w:jc w:val="center"/>
              <w:rPr>
                <w:bCs/>
                <w:sz w:val="24"/>
                <w:szCs w:val="24"/>
              </w:rPr>
            </w:pPr>
            <w:r w:rsidRPr="00773990">
              <w:rPr>
                <w:bCs/>
                <w:sz w:val="24"/>
                <w:szCs w:val="24"/>
              </w:rPr>
              <w:t>10.04</w:t>
            </w:r>
          </w:p>
        </w:tc>
        <w:tc>
          <w:tcPr>
            <w:tcW w:w="2604" w:type="dxa"/>
            <w:vAlign w:val="center"/>
          </w:tcPr>
          <w:p w:rsidR="00CD58D2" w:rsidRPr="00773990" w:rsidRDefault="00976268" w:rsidP="000E49D6">
            <w:pPr>
              <w:jc w:val="center"/>
              <w:rPr>
                <w:bCs/>
                <w:sz w:val="24"/>
                <w:szCs w:val="24"/>
              </w:rPr>
            </w:pPr>
            <w:hyperlink r:id="rId82" w:history="1">
              <w:r w:rsidR="00CD58D2" w:rsidRPr="00773990">
                <w:rPr>
                  <w:rStyle w:val="a6"/>
                  <w:bCs/>
                  <w:sz w:val="24"/>
                  <w:szCs w:val="24"/>
                </w:rPr>
                <w:t>https://vk.com/wall-233609388_373</w:t>
              </w:r>
            </w:hyperlink>
            <w:r w:rsidR="00CD58D2" w:rsidRPr="00773990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33" w:type="dxa"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Для обучающихся 1-4 классов </w:t>
            </w:r>
            <w:proofErr w:type="spellStart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Верхнесоленовской</w:t>
            </w:r>
            <w:proofErr w:type="spellEnd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 школы под руководством классных руководителей прошел мастер-класс рисунков и поделок на тему </w:t>
            </w: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«День космонавтики».</w:t>
            </w:r>
          </w:p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Количество: 50 участников.</w:t>
            </w:r>
          </w:p>
        </w:tc>
      </w:tr>
      <w:tr w:rsidR="00CD58D2" w:rsidRPr="00CD58D2" w:rsidTr="000E49D6">
        <w:tc>
          <w:tcPr>
            <w:tcW w:w="2801" w:type="dxa"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Тематический диктант «Космический диктант»</w:t>
            </w:r>
          </w:p>
        </w:tc>
        <w:tc>
          <w:tcPr>
            <w:tcW w:w="1594" w:type="dxa"/>
            <w:vAlign w:val="center"/>
          </w:tcPr>
          <w:p w:rsidR="00CD58D2" w:rsidRPr="00773990" w:rsidRDefault="00CD58D2" w:rsidP="000E49D6">
            <w:pPr>
              <w:jc w:val="center"/>
              <w:rPr>
                <w:bCs/>
                <w:sz w:val="24"/>
                <w:szCs w:val="24"/>
              </w:rPr>
            </w:pPr>
            <w:r w:rsidRPr="00773990">
              <w:rPr>
                <w:bCs/>
                <w:sz w:val="24"/>
                <w:szCs w:val="24"/>
              </w:rPr>
              <w:t>11.04</w:t>
            </w:r>
          </w:p>
        </w:tc>
        <w:tc>
          <w:tcPr>
            <w:tcW w:w="2604" w:type="dxa"/>
            <w:vAlign w:val="center"/>
          </w:tcPr>
          <w:p w:rsidR="00CD58D2" w:rsidRPr="00773990" w:rsidRDefault="00976268" w:rsidP="000E49D6">
            <w:pPr>
              <w:jc w:val="center"/>
              <w:rPr>
                <w:bCs/>
                <w:sz w:val="24"/>
                <w:szCs w:val="24"/>
              </w:rPr>
            </w:pPr>
            <w:hyperlink r:id="rId83" w:history="1">
              <w:r w:rsidR="00CD58D2" w:rsidRPr="00773990">
                <w:rPr>
                  <w:rStyle w:val="a6"/>
                  <w:bCs/>
                  <w:sz w:val="24"/>
                  <w:szCs w:val="24"/>
                </w:rPr>
                <w:t>https://vk.com/wall-233609388_374</w:t>
              </w:r>
            </w:hyperlink>
            <w:r w:rsidR="00CD58D2" w:rsidRPr="00773990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33" w:type="dxa"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Тематический диктант «Космический диктант» стал не просто проверкой грамотности, а настоящим путешествием по истории освоения Вселенной, знакомством с великими именами и достижениями.</w:t>
            </w:r>
          </w:p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Количество: 50 участников.</w:t>
            </w:r>
          </w:p>
        </w:tc>
      </w:tr>
      <w:tr w:rsidR="00CD58D2" w:rsidRPr="00CD58D2" w:rsidTr="000E49D6">
        <w:tc>
          <w:tcPr>
            <w:tcW w:w="2801" w:type="dxa"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Всероссийской акции Движения</w:t>
            </w:r>
            <w:proofErr w:type="gramStart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 П</w:t>
            </w:r>
            <w:proofErr w:type="gramEnd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ервых «Путь в космос», мастер-класс «Космический талисман»</w:t>
            </w:r>
          </w:p>
        </w:tc>
        <w:tc>
          <w:tcPr>
            <w:tcW w:w="1594" w:type="dxa"/>
            <w:vMerge w:val="restart"/>
            <w:vAlign w:val="center"/>
          </w:tcPr>
          <w:p w:rsidR="00CD58D2" w:rsidRPr="00773990" w:rsidRDefault="00CD58D2" w:rsidP="000E49D6">
            <w:pPr>
              <w:jc w:val="center"/>
              <w:rPr>
                <w:bCs/>
                <w:sz w:val="24"/>
                <w:szCs w:val="24"/>
              </w:rPr>
            </w:pPr>
            <w:r w:rsidRPr="00773990">
              <w:rPr>
                <w:bCs/>
                <w:sz w:val="24"/>
                <w:szCs w:val="24"/>
              </w:rPr>
              <w:t>11.04</w:t>
            </w:r>
          </w:p>
        </w:tc>
        <w:tc>
          <w:tcPr>
            <w:tcW w:w="2604" w:type="dxa"/>
            <w:vAlign w:val="center"/>
          </w:tcPr>
          <w:p w:rsidR="00CD58D2" w:rsidRPr="00773990" w:rsidRDefault="00976268" w:rsidP="000E49D6">
            <w:pPr>
              <w:jc w:val="center"/>
              <w:rPr>
                <w:bCs/>
                <w:sz w:val="24"/>
                <w:szCs w:val="24"/>
              </w:rPr>
            </w:pPr>
            <w:hyperlink r:id="rId84" w:history="1">
              <w:r w:rsidR="00CD58D2" w:rsidRPr="00773990">
                <w:rPr>
                  <w:rStyle w:val="a6"/>
                  <w:bCs/>
                  <w:sz w:val="24"/>
                  <w:szCs w:val="24"/>
                </w:rPr>
                <w:t>https://vk.com/wall-233609388_375</w:t>
              </w:r>
            </w:hyperlink>
            <w:r w:rsidR="00CD58D2" w:rsidRPr="00773990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33" w:type="dxa"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В рамках Всероссийской акции Движения</w:t>
            </w:r>
            <w:proofErr w:type="gramStart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 П</w:t>
            </w:r>
            <w:proofErr w:type="gramEnd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ервых «Путь в космос» мы провели увлекательный мастер-класс «Космический талисман» для наших юных Орлят из начальных классов.</w:t>
            </w:r>
          </w:p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Количество: 16 участников.</w:t>
            </w:r>
          </w:p>
        </w:tc>
      </w:tr>
      <w:tr w:rsidR="00CD58D2" w:rsidRPr="00CD58D2" w:rsidTr="000E49D6">
        <w:tc>
          <w:tcPr>
            <w:tcW w:w="2801" w:type="dxa"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Космическое ГТО</w:t>
            </w:r>
          </w:p>
        </w:tc>
        <w:tc>
          <w:tcPr>
            <w:tcW w:w="1594" w:type="dxa"/>
            <w:vMerge/>
            <w:vAlign w:val="center"/>
          </w:tcPr>
          <w:p w:rsidR="00CD58D2" w:rsidRPr="00773990" w:rsidRDefault="00CD58D2" w:rsidP="000E49D6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604" w:type="dxa"/>
            <w:vAlign w:val="center"/>
          </w:tcPr>
          <w:p w:rsidR="00CD58D2" w:rsidRPr="00773990" w:rsidRDefault="00976268" w:rsidP="000E49D6">
            <w:pPr>
              <w:jc w:val="center"/>
              <w:rPr>
                <w:bCs/>
                <w:sz w:val="24"/>
                <w:szCs w:val="24"/>
              </w:rPr>
            </w:pPr>
            <w:hyperlink r:id="rId85" w:history="1">
              <w:r w:rsidR="00CD58D2" w:rsidRPr="00773990">
                <w:rPr>
                  <w:rStyle w:val="a6"/>
                  <w:bCs/>
                  <w:sz w:val="24"/>
                  <w:szCs w:val="24"/>
                </w:rPr>
                <w:t>https://vk.com/wall-233609388_376</w:t>
              </w:r>
            </w:hyperlink>
            <w:r w:rsidR="00CD58D2" w:rsidRPr="00773990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33" w:type="dxa"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то было захватывающее зрелище! Ребята с азартом выполняли задания, которые не только проверили их физическую подготовку, но и перенесли в мир звезд и планет. Каждый участник почувствовал себя настоящим космонавтом, готовым к покорению новых вершин!</w:t>
            </w:r>
          </w:p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Количество: 50 участников.</w:t>
            </w:r>
          </w:p>
        </w:tc>
      </w:tr>
      <w:tr w:rsidR="00CD58D2" w:rsidRPr="00CD58D2" w:rsidTr="000E49D6">
        <w:tc>
          <w:tcPr>
            <w:tcW w:w="2801" w:type="dxa"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Всероссийская молодежная акция «Наши семейные книги памяти»</w:t>
            </w:r>
          </w:p>
        </w:tc>
        <w:tc>
          <w:tcPr>
            <w:tcW w:w="1594" w:type="dxa"/>
            <w:vMerge/>
            <w:vAlign w:val="center"/>
          </w:tcPr>
          <w:p w:rsidR="00CD58D2" w:rsidRPr="00773990" w:rsidRDefault="00CD58D2" w:rsidP="000E49D6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604" w:type="dxa"/>
            <w:vAlign w:val="center"/>
          </w:tcPr>
          <w:p w:rsidR="00CD58D2" w:rsidRPr="00773990" w:rsidRDefault="00976268" w:rsidP="000E49D6">
            <w:pPr>
              <w:jc w:val="center"/>
              <w:rPr>
                <w:bCs/>
                <w:sz w:val="24"/>
                <w:szCs w:val="24"/>
              </w:rPr>
            </w:pPr>
            <w:hyperlink r:id="rId86" w:history="1">
              <w:r w:rsidR="00CD58D2" w:rsidRPr="00773990">
                <w:rPr>
                  <w:rStyle w:val="a6"/>
                  <w:bCs/>
                  <w:sz w:val="24"/>
                  <w:szCs w:val="24"/>
                </w:rPr>
                <w:t>https://vk.com/wall-233609388_377</w:t>
              </w:r>
            </w:hyperlink>
            <w:r w:rsidR="00CD58D2" w:rsidRPr="00773990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33" w:type="dxa"/>
            <w:vAlign w:val="center"/>
          </w:tcPr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В ней приняла участие председатель первичного отделения «Движения Первых» </w:t>
            </w:r>
            <w:proofErr w:type="spellStart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Оджа</w:t>
            </w:r>
            <w:proofErr w:type="spellEnd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Эльвина</w:t>
            </w:r>
            <w:proofErr w:type="spellEnd"/>
            <w:proofErr w:type="gramStart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 ученица 7 класса , где рассказала о своем прадедушке Рогачеве Иване Федоровиче.</w:t>
            </w:r>
          </w:p>
        </w:tc>
      </w:tr>
      <w:tr w:rsidR="00CD58D2" w:rsidRPr="00CD58D2" w:rsidTr="000E49D6">
        <w:tc>
          <w:tcPr>
            <w:tcW w:w="2801" w:type="dxa"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Муниципальный этап обновленной игры «Зарница 2.0»</w:t>
            </w:r>
            <w:proofErr w:type="gramStart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редняя и старшая возрастная категория</w:t>
            </w:r>
          </w:p>
        </w:tc>
        <w:tc>
          <w:tcPr>
            <w:tcW w:w="1594" w:type="dxa"/>
            <w:vMerge/>
            <w:vAlign w:val="center"/>
          </w:tcPr>
          <w:p w:rsidR="00CD58D2" w:rsidRPr="00773990" w:rsidRDefault="00CD58D2" w:rsidP="000E49D6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604" w:type="dxa"/>
            <w:vAlign w:val="center"/>
          </w:tcPr>
          <w:p w:rsidR="00CD58D2" w:rsidRPr="00773990" w:rsidRDefault="00976268" w:rsidP="000E49D6">
            <w:pPr>
              <w:jc w:val="center"/>
              <w:rPr>
                <w:bCs/>
                <w:sz w:val="24"/>
                <w:szCs w:val="24"/>
              </w:rPr>
            </w:pPr>
            <w:hyperlink r:id="rId87" w:history="1">
              <w:r w:rsidR="00CD58D2" w:rsidRPr="00773990">
                <w:rPr>
                  <w:rStyle w:val="a6"/>
                  <w:bCs/>
                  <w:sz w:val="24"/>
                  <w:szCs w:val="24"/>
                </w:rPr>
                <w:t>https://vk.com/wall-233609388_378</w:t>
              </w:r>
            </w:hyperlink>
            <w:r w:rsidR="00CD58D2" w:rsidRPr="00773990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33" w:type="dxa"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По итогам общекомандного зачета в средней возрастной категории 1 место завоевала команда Звезда в составе.</w:t>
            </w:r>
          </w:p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Количество: 10 участников.</w:t>
            </w:r>
          </w:p>
        </w:tc>
      </w:tr>
      <w:tr w:rsidR="00CD58D2" w:rsidRPr="00CD58D2" w:rsidTr="000E49D6">
        <w:tc>
          <w:tcPr>
            <w:tcW w:w="2801" w:type="dxa"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Муниципальный этап областной эстафеты «90 лет службе Госавтоинспекции: Курс на правопорядок и безопасность. 53 года с отрядами ЮИД Дона» в номинации «Песенный </w:t>
            </w:r>
            <w:proofErr w:type="spellStart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флешмоб</w:t>
            </w:r>
            <w:proofErr w:type="spellEnd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1594" w:type="dxa"/>
            <w:vAlign w:val="center"/>
          </w:tcPr>
          <w:p w:rsidR="00CD58D2" w:rsidRPr="00773990" w:rsidRDefault="00CD58D2" w:rsidP="000E49D6">
            <w:pPr>
              <w:jc w:val="center"/>
              <w:rPr>
                <w:bCs/>
                <w:sz w:val="24"/>
                <w:szCs w:val="24"/>
              </w:rPr>
            </w:pPr>
            <w:r w:rsidRPr="00773990">
              <w:rPr>
                <w:bCs/>
                <w:sz w:val="24"/>
                <w:szCs w:val="24"/>
              </w:rPr>
              <w:lastRenderedPageBreak/>
              <w:t>14.04</w:t>
            </w:r>
          </w:p>
        </w:tc>
        <w:tc>
          <w:tcPr>
            <w:tcW w:w="2604" w:type="dxa"/>
            <w:vAlign w:val="center"/>
          </w:tcPr>
          <w:p w:rsidR="00CD58D2" w:rsidRPr="00773990" w:rsidRDefault="00976268" w:rsidP="000E49D6">
            <w:pPr>
              <w:jc w:val="center"/>
              <w:rPr>
                <w:bCs/>
                <w:sz w:val="24"/>
                <w:szCs w:val="24"/>
              </w:rPr>
            </w:pPr>
            <w:hyperlink r:id="rId88" w:history="1">
              <w:r w:rsidR="00CD58D2" w:rsidRPr="00773990">
                <w:rPr>
                  <w:rStyle w:val="a6"/>
                  <w:bCs/>
                  <w:sz w:val="24"/>
                  <w:szCs w:val="24"/>
                </w:rPr>
                <w:t>https://vk.com/wall-233609388_383</w:t>
              </w:r>
            </w:hyperlink>
            <w:r w:rsidR="00CD58D2" w:rsidRPr="00773990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33" w:type="dxa"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Отряды ЮИД </w:t>
            </w:r>
            <w:proofErr w:type="spellStart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Верхнесолёновской</w:t>
            </w:r>
            <w:proofErr w:type="spellEnd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 школы приняли участие в </w:t>
            </w:r>
            <w:proofErr w:type="gramStart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патриотической эстафете, посвященной 90-летию Госавтоинспекции и заняли</w:t>
            </w:r>
            <w:proofErr w:type="gramEnd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 3 место.</w:t>
            </w:r>
          </w:p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Количество: 15 участников.</w:t>
            </w:r>
          </w:p>
        </w:tc>
      </w:tr>
      <w:tr w:rsidR="00CD58D2" w:rsidRPr="00CD58D2" w:rsidTr="000E49D6">
        <w:tc>
          <w:tcPr>
            <w:tcW w:w="2801" w:type="dxa"/>
            <w:vMerge w:val="restart"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День памяти жертв геноцида советского народа</w:t>
            </w:r>
          </w:p>
        </w:tc>
        <w:tc>
          <w:tcPr>
            <w:tcW w:w="1594" w:type="dxa"/>
            <w:vMerge w:val="restart"/>
            <w:vAlign w:val="center"/>
          </w:tcPr>
          <w:p w:rsidR="00CD58D2" w:rsidRPr="00773990" w:rsidRDefault="00CD58D2" w:rsidP="000E49D6">
            <w:pPr>
              <w:jc w:val="center"/>
              <w:rPr>
                <w:bCs/>
                <w:sz w:val="24"/>
                <w:szCs w:val="24"/>
              </w:rPr>
            </w:pPr>
            <w:r w:rsidRPr="00773990">
              <w:rPr>
                <w:bCs/>
                <w:sz w:val="24"/>
                <w:szCs w:val="24"/>
              </w:rPr>
              <w:t>16.04</w:t>
            </w:r>
          </w:p>
        </w:tc>
        <w:tc>
          <w:tcPr>
            <w:tcW w:w="2604" w:type="dxa"/>
            <w:vAlign w:val="center"/>
          </w:tcPr>
          <w:p w:rsidR="00CD58D2" w:rsidRPr="00773990" w:rsidRDefault="00976268" w:rsidP="000E49D6">
            <w:pPr>
              <w:jc w:val="center"/>
              <w:rPr>
                <w:bCs/>
                <w:sz w:val="24"/>
                <w:szCs w:val="24"/>
              </w:rPr>
            </w:pPr>
            <w:hyperlink r:id="rId89" w:history="1">
              <w:r w:rsidR="00CD58D2" w:rsidRPr="00773990">
                <w:rPr>
                  <w:rStyle w:val="a6"/>
                  <w:bCs/>
                  <w:sz w:val="24"/>
                  <w:szCs w:val="24"/>
                </w:rPr>
                <w:t>https://vk.com/wall-233609388_386</w:t>
              </w:r>
            </w:hyperlink>
            <w:r w:rsidR="00CD58D2" w:rsidRPr="00773990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33" w:type="dxa"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73990">
              <w:rPr>
                <w:bCs/>
                <w:sz w:val="24"/>
                <w:szCs w:val="24"/>
              </w:rPr>
              <w:t>Проведен классный час</w:t>
            </w:r>
            <w:r w:rsidRPr="00773990">
              <w:rPr>
                <w:b/>
                <w:bCs/>
                <w:sz w:val="24"/>
                <w:szCs w:val="24"/>
              </w:rPr>
              <w:t xml:space="preserve"> </w:t>
            </w: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памяти под названием «Без срока давности».</w:t>
            </w:r>
          </w:p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Количество: 16 участников.</w:t>
            </w:r>
          </w:p>
        </w:tc>
      </w:tr>
      <w:tr w:rsidR="00CD58D2" w:rsidRPr="00CD58D2" w:rsidTr="000E49D6">
        <w:tc>
          <w:tcPr>
            <w:tcW w:w="2801" w:type="dxa"/>
            <w:vMerge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94" w:type="dxa"/>
            <w:vMerge/>
            <w:vAlign w:val="center"/>
          </w:tcPr>
          <w:p w:rsidR="00CD58D2" w:rsidRPr="00773990" w:rsidRDefault="00CD58D2" w:rsidP="000E49D6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604" w:type="dxa"/>
            <w:vAlign w:val="center"/>
          </w:tcPr>
          <w:p w:rsidR="00CD58D2" w:rsidRPr="00773990" w:rsidRDefault="00976268" w:rsidP="000E49D6">
            <w:pPr>
              <w:jc w:val="center"/>
              <w:rPr>
                <w:bCs/>
                <w:sz w:val="24"/>
                <w:szCs w:val="24"/>
              </w:rPr>
            </w:pPr>
            <w:hyperlink r:id="rId90" w:history="1">
              <w:r w:rsidR="00CD58D2" w:rsidRPr="00773990">
                <w:rPr>
                  <w:rStyle w:val="a6"/>
                  <w:bCs/>
                  <w:sz w:val="24"/>
                  <w:szCs w:val="24"/>
                </w:rPr>
                <w:t>https://vk.com/wall-233609388_385</w:t>
              </w:r>
            </w:hyperlink>
            <w:r w:rsidR="00CD58D2" w:rsidRPr="00773990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33" w:type="dxa"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Активисты раздавали информационные буклеты, рассказывающие о масштабах трагедии, о </w:t>
            </w:r>
            <w:proofErr w:type="gramStart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миллионах невинных жертв</w:t>
            </w:r>
            <w:proofErr w:type="gramEnd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, о тех, кто пострадал от жестокости и бесчеловечности. Это не просто исторические факты, это боль и потери, которые коснулись многих семей.</w:t>
            </w:r>
          </w:p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Количество: 2 участника.</w:t>
            </w:r>
          </w:p>
        </w:tc>
      </w:tr>
      <w:tr w:rsidR="00CD58D2" w:rsidRPr="00CD58D2" w:rsidTr="000E49D6">
        <w:tc>
          <w:tcPr>
            <w:tcW w:w="2801" w:type="dxa"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Всероссийской акции «Зелёная весна», приняв участие в проектной сессии «Чистая планета начинается с меня».</w:t>
            </w:r>
          </w:p>
        </w:tc>
        <w:tc>
          <w:tcPr>
            <w:tcW w:w="1594" w:type="dxa"/>
            <w:vAlign w:val="center"/>
          </w:tcPr>
          <w:p w:rsidR="00CD58D2" w:rsidRPr="00773990" w:rsidRDefault="00CD58D2" w:rsidP="000E49D6">
            <w:pPr>
              <w:jc w:val="center"/>
              <w:rPr>
                <w:bCs/>
                <w:sz w:val="24"/>
                <w:szCs w:val="24"/>
              </w:rPr>
            </w:pPr>
            <w:r w:rsidRPr="00773990">
              <w:rPr>
                <w:bCs/>
                <w:sz w:val="24"/>
                <w:szCs w:val="24"/>
              </w:rPr>
              <w:t>22.04</w:t>
            </w:r>
          </w:p>
        </w:tc>
        <w:tc>
          <w:tcPr>
            <w:tcW w:w="2604" w:type="dxa"/>
            <w:vAlign w:val="center"/>
          </w:tcPr>
          <w:p w:rsidR="00CD58D2" w:rsidRPr="00773990" w:rsidRDefault="00976268" w:rsidP="000E49D6">
            <w:pPr>
              <w:jc w:val="center"/>
              <w:rPr>
                <w:bCs/>
                <w:sz w:val="24"/>
                <w:szCs w:val="24"/>
              </w:rPr>
            </w:pPr>
            <w:hyperlink r:id="rId91" w:history="1">
              <w:r w:rsidR="00CD58D2" w:rsidRPr="00773990">
                <w:rPr>
                  <w:rStyle w:val="a6"/>
                  <w:bCs/>
                  <w:sz w:val="24"/>
                  <w:szCs w:val="24"/>
                </w:rPr>
                <w:t>https://vk.com/wall-233609388_387</w:t>
              </w:r>
            </w:hyperlink>
            <w:r w:rsidR="00CD58D2" w:rsidRPr="00773990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33" w:type="dxa"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В ходе мозгового штурма участники обсуждали актуальные экологические проблемы, искали пути их решения, а также с Орлятами России изготовили поделки.</w:t>
            </w:r>
          </w:p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Количество: 30 участников.</w:t>
            </w:r>
          </w:p>
        </w:tc>
      </w:tr>
      <w:tr w:rsidR="00CD58D2" w:rsidRPr="00CD58D2" w:rsidTr="000E49D6">
        <w:tc>
          <w:tcPr>
            <w:tcW w:w="2801" w:type="dxa"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Служение</w:t>
            </w:r>
            <w:proofErr w:type="gramStart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 П</w:t>
            </w:r>
            <w:proofErr w:type="gramEnd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ервых</w:t>
            </w:r>
          </w:p>
        </w:tc>
        <w:tc>
          <w:tcPr>
            <w:tcW w:w="1594" w:type="dxa"/>
            <w:vAlign w:val="center"/>
          </w:tcPr>
          <w:p w:rsidR="00CD58D2" w:rsidRPr="00773990" w:rsidRDefault="00CD58D2" w:rsidP="000E49D6">
            <w:pPr>
              <w:jc w:val="center"/>
              <w:rPr>
                <w:bCs/>
                <w:sz w:val="24"/>
                <w:szCs w:val="24"/>
              </w:rPr>
            </w:pPr>
            <w:r w:rsidRPr="00773990">
              <w:rPr>
                <w:bCs/>
                <w:sz w:val="24"/>
                <w:szCs w:val="24"/>
              </w:rPr>
              <w:t>29.04</w:t>
            </w:r>
          </w:p>
        </w:tc>
        <w:tc>
          <w:tcPr>
            <w:tcW w:w="2604" w:type="dxa"/>
            <w:vAlign w:val="center"/>
          </w:tcPr>
          <w:p w:rsidR="00CD58D2" w:rsidRPr="00773990" w:rsidRDefault="00976268" w:rsidP="000E49D6">
            <w:pPr>
              <w:jc w:val="center"/>
              <w:rPr>
                <w:bCs/>
                <w:sz w:val="24"/>
                <w:szCs w:val="24"/>
              </w:rPr>
            </w:pPr>
            <w:hyperlink r:id="rId92" w:history="1">
              <w:r w:rsidR="00CD58D2" w:rsidRPr="00773990">
                <w:rPr>
                  <w:rStyle w:val="a6"/>
                  <w:bCs/>
                  <w:sz w:val="24"/>
                  <w:szCs w:val="24"/>
                </w:rPr>
                <w:t>https://vk.com/wall-233609388_388</w:t>
              </w:r>
            </w:hyperlink>
            <w:r w:rsidR="00CD58D2" w:rsidRPr="00773990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33" w:type="dxa"/>
            <w:vAlign w:val="center"/>
          </w:tcPr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Команда активистов </w:t>
            </w:r>
            <w:r w:rsidRPr="00773990">
              <w:rPr>
                <w:color w:val="000000"/>
                <w:sz w:val="24"/>
                <w:szCs w:val="24"/>
              </w:rPr>
              <w:br/>
            </w: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движения «Первых» </w:t>
            </w:r>
            <w:r w:rsidRPr="00773990">
              <w:rPr>
                <w:color w:val="000000"/>
                <w:sz w:val="24"/>
                <w:szCs w:val="24"/>
              </w:rPr>
              <w:br/>
            </w: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МБОУ Верхнесолёновская  СОШ </w:t>
            </w:r>
            <w:r w:rsidRPr="00773990">
              <w:rPr>
                <w:color w:val="000000"/>
                <w:sz w:val="24"/>
                <w:szCs w:val="24"/>
              </w:rPr>
              <w:br/>
            </w: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успешно завершила проект </w:t>
            </w:r>
            <w:r w:rsidRPr="00773990">
              <w:rPr>
                <w:color w:val="000000"/>
                <w:sz w:val="24"/>
                <w:szCs w:val="24"/>
              </w:rPr>
              <w:br/>
            </w: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«Обучение служением. Первые»!</w:t>
            </w:r>
            <w:r w:rsidRPr="00773990">
              <w:rPr>
                <w:color w:val="000000"/>
                <w:sz w:val="24"/>
                <w:szCs w:val="24"/>
              </w:rPr>
              <w:br/>
            </w: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Семь месяцев напряжённой работы, идей, командной </w:t>
            </w:r>
            <w:r w:rsidRPr="00773990">
              <w:rPr>
                <w:color w:val="000000"/>
                <w:sz w:val="24"/>
                <w:szCs w:val="24"/>
              </w:rPr>
              <w:br/>
            </w: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поддержки — и вот он, заслуженный </w:t>
            </w:r>
            <w:r w:rsidRPr="00773990">
              <w:rPr>
                <w:color w:val="000000"/>
                <w:sz w:val="24"/>
                <w:szCs w:val="24"/>
              </w:rPr>
              <w:br/>
            </w: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результат: мы вошли в топ</w:t>
            </w: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noBreakHyphen/>
              <w:t>20 победителей! </w:t>
            </w:r>
          </w:p>
        </w:tc>
      </w:tr>
      <w:tr w:rsidR="00CD58D2" w:rsidRPr="00CD58D2" w:rsidTr="000E49D6">
        <w:tc>
          <w:tcPr>
            <w:tcW w:w="10232" w:type="dxa"/>
            <w:gridSpan w:val="4"/>
            <w:vAlign w:val="center"/>
          </w:tcPr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b/>
                <w:bCs/>
                <w:sz w:val="24"/>
                <w:szCs w:val="24"/>
              </w:rPr>
              <w:t>Май</w:t>
            </w:r>
          </w:p>
        </w:tc>
      </w:tr>
      <w:tr w:rsidR="00CD58D2" w:rsidRPr="00CD58D2" w:rsidTr="000E49D6">
        <w:tc>
          <w:tcPr>
            <w:tcW w:w="2801" w:type="dxa"/>
            <w:vAlign w:val="center"/>
          </w:tcPr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b/>
                <w:bCs/>
                <w:sz w:val="24"/>
                <w:szCs w:val="24"/>
              </w:rPr>
              <w:t>Категория события</w:t>
            </w:r>
          </w:p>
        </w:tc>
        <w:tc>
          <w:tcPr>
            <w:tcW w:w="1594" w:type="dxa"/>
            <w:vAlign w:val="center"/>
          </w:tcPr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2604" w:type="dxa"/>
            <w:vAlign w:val="center"/>
          </w:tcPr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b/>
                <w:bCs/>
                <w:sz w:val="24"/>
                <w:szCs w:val="24"/>
              </w:rPr>
              <w:t>Ссылка на публикацию в социальных сетях</w:t>
            </w:r>
          </w:p>
        </w:tc>
        <w:tc>
          <w:tcPr>
            <w:tcW w:w="3233" w:type="dxa"/>
            <w:vAlign w:val="center"/>
          </w:tcPr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b/>
                <w:bCs/>
                <w:sz w:val="24"/>
                <w:szCs w:val="24"/>
              </w:rPr>
              <w:t>Описание события (содержание, краткие итоги, количество участников) (содержание, краткие итоги, количество участников)</w:t>
            </w:r>
          </w:p>
        </w:tc>
      </w:tr>
      <w:tr w:rsidR="00CD58D2" w:rsidRPr="00CD58D2" w:rsidTr="000E49D6">
        <w:tc>
          <w:tcPr>
            <w:tcW w:w="2801" w:type="dxa"/>
            <w:vAlign w:val="center"/>
          </w:tcPr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Всероссийская акция «Окна Победы</w:t>
            </w:r>
          </w:p>
        </w:tc>
        <w:tc>
          <w:tcPr>
            <w:tcW w:w="1594" w:type="dxa"/>
            <w:vAlign w:val="center"/>
          </w:tcPr>
          <w:p w:rsidR="00CD58D2" w:rsidRPr="00773990" w:rsidRDefault="00CD58D2" w:rsidP="000E49D6">
            <w:pPr>
              <w:jc w:val="center"/>
              <w:rPr>
                <w:bCs/>
                <w:sz w:val="24"/>
                <w:szCs w:val="24"/>
              </w:rPr>
            </w:pPr>
            <w:r w:rsidRPr="00773990">
              <w:rPr>
                <w:bCs/>
                <w:sz w:val="24"/>
                <w:szCs w:val="24"/>
              </w:rPr>
              <w:t>8.05</w:t>
            </w:r>
          </w:p>
        </w:tc>
        <w:tc>
          <w:tcPr>
            <w:tcW w:w="2604" w:type="dxa"/>
            <w:vAlign w:val="center"/>
          </w:tcPr>
          <w:p w:rsidR="00CD58D2" w:rsidRPr="00773990" w:rsidRDefault="00976268" w:rsidP="000E49D6">
            <w:pPr>
              <w:jc w:val="center"/>
              <w:rPr>
                <w:bCs/>
                <w:sz w:val="24"/>
                <w:szCs w:val="24"/>
              </w:rPr>
            </w:pPr>
            <w:hyperlink r:id="rId93" w:history="1">
              <w:r w:rsidR="00CD58D2" w:rsidRPr="00773990">
                <w:rPr>
                  <w:rStyle w:val="a6"/>
                  <w:bCs/>
                  <w:sz w:val="24"/>
                  <w:szCs w:val="24"/>
                </w:rPr>
                <w:t>https://vk.com/wall-233609388_395</w:t>
              </w:r>
            </w:hyperlink>
            <w:r w:rsidR="00CD58D2" w:rsidRPr="00773990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33" w:type="dxa"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Ученики и педагоги украсили окна школы символами Победы: георгиевскими лентами, красными звёздами, белыми голубями и праздничными надписями.</w:t>
            </w:r>
          </w:p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D58D2" w:rsidRPr="00CD58D2" w:rsidTr="000E49D6">
        <w:tc>
          <w:tcPr>
            <w:tcW w:w="2801" w:type="dxa"/>
            <w:vAlign w:val="center"/>
          </w:tcPr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Мастерская памяти «Подарок ветерану»</w:t>
            </w:r>
          </w:p>
        </w:tc>
        <w:tc>
          <w:tcPr>
            <w:tcW w:w="1594" w:type="dxa"/>
            <w:vAlign w:val="center"/>
          </w:tcPr>
          <w:p w:rsidR="00CD58D2" w:rsidRPr="00773990" w:rsidRDefault="00CD58D2" w:rsidP="000E49D6">
            <w:pPr>
              <w:jc w:val="center"/>
              <w:rPr>
                <w:bCs/>
                <w:sz w:val="24"/>
                <w:szCs w:val="24"/>
              </w:rPr>
            </w:pPr>
            <w:r w:rsidRPr="00773990">
              <w:rPr>
                <w:bCs/>
                <w:sz w:val="24"/>
                <w:szCs w:val="24"/>
              </w:rPr>
              <w:t>8.05</w:t>
            </w:r>
          </w:p>
        </w:tc>
        <w:tc>
          <w:tcPr>
            <w:tcW w:w="2604" w:type="dxa"/>
            <w:vAlign w:val="center"/>
          </w:tcPr>
          <w:p w:rsidR="00CD58D2" w:rsidRPr="00773990" w:rsidRDefault="00976268" w:rsidP="000E49D6">
            <w:pPr>
              <w:jc w:val="center"/>
              <w:rPr>
                <w:bCs/>
                <w:sz w:val="24"/>
                <w:szCs w:val="24"/>
              </w:rPr>
            </w:pPr>
            <w:hyperlink r:id="rId94" w:history="1">
              <w:r w:rsidR="00CD58D2" w:rsidRPr="00773990">
                <w:rPr>
                  <w:rStyle w:val="a6"/>
                  <w:bCs/>
                  <w:sz w:val="24"/>
                  <w:szCs w:val="24"/>
                </w:rPr>
                <w:t>https://vk.com/wall-233609388_396</w:t>
              </w:r>
            </w:hyperlink>
            <w:r w:rsidR="00CD58D2" w:rsidRPr="00773990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33" w:type="dxa"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Участники мастерской вложили в каждую работу частичку своей души.</w:t>
            </w:r>
          </w:p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Количество: 14 участников.</w:t>
            </w:r>
          </w:p>
        </w:tc>
      </w:tr>
      <w:tr w:rsidR="00CD58D2" w:rsidRPr="00CD58D2" w:rsidTr="000E49D6">
        <w:tc>
          <w:tcPr>
            <w:tcW w:w="2801" w:type="dxa"/>
            <w:vAlign w:val="center"/>
          </w:tcPr>
          <w:p w:rsidR="00CD58D2" w:rsidRPr="00773990" w:rsidRDefault="00CD58D2" w:rsidP="000E49D6">
            <w:pPr>
              <w:jc w:val="center"/>
              <w:rPr>
                <w:sz w:val="24"/>
                <w:szCs w:val="24"/>
              </w:rPr>
            </w:pPr>
            <w:proofErr w:type="gramStart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Митинге</w:t>
            </w:r>
            <w:proofErr w:type="gramEnd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 у мемориала в хуторе </w:t>
            </w:r>
            <w:proofErr w:type="spellStart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Нижнесолёный</w:t>
            </w:r>
            <w:proofErr w:type="spellEnd"/>
          </w:p>
        </w:tc>
        <w:tc>
          <w:tcPr>
            <w:tcW w:w="1594" w:type="dxa"/>
            <w:vAlign w:val="center"/>
          </w:tcPr>
          <w:p w:rsidR="00CD58D2" w:rsidRPr="00773990" w:rsidRDefault="00CD58D2" w:rsidP="000E49D6">
            <w:pPr>
              <w:jc w:val="center"/>
              <w:rPr>
                <w:bCs/>
                <w:sz w:val="24"/>
                <w:szCs w:val="24"/>
              </w:rPr>
            </w:pPr>
            <w:r w:rsidRPr="00773990">
              <w:rPr>
                <w:bCs/>
                <w:sz w:val="24"/>
                <w:szCs w:val="24"/>
              </w:rPr>
              <w:t>8.05</w:t>
            </w:r>
          </w:p>
        </w:tc>
        <w:tc>
          <w:tcPr>
            <w:tcW w:w="2604" w:type="dxa"/>
            <w:vAlign w:val="center"/>
          </w:tcPr>
          <w:p w:rsidR="00CD58D2" w:rsidRPr="00773990" w:rsidRDefault="00976268" w:rsidP="000E49D6">
            <w:pPr>
              <w:jc w:val="center"/>
              <w:rPr>
                <w:bCs/>
                <w:sz w:val="24"/>
                <w:szCs w:val="24"/>
              </w:rPr>
            </w:pPr>
            <w:hyperlink r:id="rId95" w:history="1">
              <w:r w:rsidR="00CD58D2" w:rsidRPr="00773990">
                <w:rPr>
                  <w:rStyle w:val="a6"/>
                  <w:bCs/>
                  <w:sz w:val="24"/>
                  <w:szCs w:val="24"/>
                </w:rPr>
                <w:t>https://vk.com/wall-233609388_398</w:t>
              </w:r>
            </w:hyperlink>
            <w:r w:rsidR="00CD58D2" w:rsidRPr="00773990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33" w:type="dxa"/>
            <w:vAlign w:val="center"/>
          </w:tcPr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Ученики </w:t>
            </w:r>
            <w:proofErr w:type="spellStart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Верхнесоленовской</w:t>
            </w:r>
            <w:proofErr w:type="spellEnd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 школы посетили митинг, посвящённый памяти </w:t>
            </w:r>
            <w:proofErr w:type="gramStart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павших</w:t>
            </w:r>
            <w:proofErr w:type="gramEnd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 в годы Великой Отечественной войны.</w:t>
            </w:r>
          </w:p>
        </w:tc>
      </w:tr>
      <w:tr w:rsidR="00CD58D2" w:rsidRPr="00CD58D2" w:rsidTr="000E49D6">
        <w:tc>
          <w:tcPr>
            <w:tcW w:w="2801" w:type="dxa"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Акция «Тепло детских сердец»</w:t>
            </w:r>
          </w:p>
        </w:tc>
        <w:tc>
          <w:tcPr>
            <w:tcW w:w="1594" w:type="dxa"/>
            <w:vAlign w:val="center"/>
          </w:tcPr>
          <w:p w:rsidR="00CD58D2" w:rsidRPr="00773990" w:rsidRDefault="00CD58D2" w:rsidP="000E49D6">
            <w:pPr>
              <w:jc w:val="center"/>
              <w:rPr>
                <w:bCs/>
                <w:sz w:val="24"/>
                <w:szCs w:val="24"/>
              </w:rPr>
            </w:pPr>
            <w:r w:rsidRPr="00773990">
              <w:rPr>
                <w:bCs/>
                <w:sz w:val="24"/>
                <w:szCs w:val="24"/>
              </w:rPr>
              <w:t>8.05</w:t>
            </w:r>
          </w:p>
        </w:tc>
        <w:tc>
          <w:tcPr>
            <w:tcW w:w="2604" w:type="dxa"/>
            <w:vAlign w:val="center"/>
          </w:tcPr>
          <w:p w:rsidR="00CD58D2" w:rsidRPr="00773990" w:rsidRDefault="00976268" w:rsidP="000E49D6">
            <w:pPr>
              <w:jc w:val="center"/>
              <w:rPr>
                <w:bCs/>
                <w:sz w:val="24"/>
                <w:szCs w:val="24"/>
              </w:rPr>
            </w:pPr>
            <w:hyperlink r:id="rId96" w:history="1">
              <w:r w:rsidR="00CD58D2" w:rsidRPr="00773990">
                <w:rPr>
                  <w:rStyle w:val="a6"/>
                  <w:bCs/>
                  <w:sz w:val="24"/>
                  <w:szCs w:val="24"/>
                </w:rPr>
                <w:t>https://vk.com/wall-233609388_400</w:t>
              </w:r>
            </w:hyperlink>
            <w:r w:rsidR="00CD58D2" w:rsidRPr="00773990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33" w:type="dxa"/>
            <w:vAlign w:val="center"/>
          </w:tcPr>
          <w:p w:rsidR="00CD58D2" w:rsidRPr="00773990" w:rsidRDefault="00CD58D2" w:rsidP="000E49D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В </w:t>
            </w:r>
            <w:proofErr w:type="spellStart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предверии</w:t>
            </w:r>
            <w:proofErr w:type="spellEnd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 Великой Победы, 9 мая, обучающиеся </w:t>
            </w:r>
            <w:proofErr w:type="spellStart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Верхнесоленовской</w:t>
            </w:r>
            <w:proofErr w:type="spellEnd"/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 xml:space="preserve"> СОШ подарили настоящее тепло и свет подрастающего поколения!</w:t>
            </w:r>
            <w:proofErr w:type="gramEnd"/>
          </w:p>
          <w:p w:rsidR="00CD58D2" w:rsidRPr="00773990" w:rsidRDefault="00CD58D2" w:rsidP="000E49D6">
            <w:pPr>
              <w:jc w:val="center"/>
              <w:rPr>
                <w:b/>
                <w:bCs/>
                <w:sz w:val="24"/>
                <w:szCs w:val="24"/>
              </w:rPr>
            </w:pPr>
            <w:r w:rsidRPr="00773990">
              <w:rPr>
                <w:color w:val="000000"/>
                <w:sz w:val="24"/>
                <w:szCs w:val="24"/>
                <w:shd w:val="clear" w:color="auto" w:fill="FFFFFF"/>
              </w:rPr>
              <w:t>Количество: 3 участника.</w:t>
            </w:r>
          </w:p>
        </w:tc>
      </w:tr>
    </w:tbl>
    <w:p w:rsidR="00CD58D2" w:rsidRDefault="00CD58D2" w:rsidP="00CD58D2"/>
    <w:p w:rsidR="00C0749B" w:rsidRDefault="00C0749B"/>
    <w:sectPr w:rsidR="00C0749B" w:rsidSect="000E4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664E0FF7"/>
    <w:multiLevelType w:val="hybridMultilevel"/>
    <w:tmpl w:val="085E4FFC"/>
    <w:lvl w:ilvl="0" w:tplc="E312B85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58D2"/>
    <w:rsid w:val="000E49D6"/>
    <w:rsid w:val="00773990"/>
    <w:rsid w:val="007C7A31"/>
    <w:rsid w:val="00976268"/>
    <w:rsid w:val="00C0749B"/>
    <w:rsid w:val="00CD5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76268"/>
  </w:style>
  <w:style w:type="paragraph" w:styleId="1">
    <w:name w:val="heading 1"/>
    <w:basedOn w:val="a1"/>
    <w:next w:val="a1"/>
    <w:link w:val="10"/>
    <w:uiPriority w:val="9"/>
    <w:qFormat/>
    <w:rsid w:val="000E49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1">
    <w:name w:val="heading 2"/>
    <w:basedOn w:val="a1"/>
    <w:next w:val="a1"/>
    <w:link w:val="22"/>
    <w:uiPriority w:val="9"/>
    <w:unhideWhenUsed/>
    <w:qFormat/>
    <w:rsid w:val="000E49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1">
    <w:name w:val="heading 3"/>
    <w:basedOn w:val="a1"/>
    <w:next w:val="a1"/>
    <w:link w:val="32"/>
    <w:uiPriority w:val="9"/>
    <w:unhideWhenUsed/>
    <w:qFormat/>
    <w:rsid w:val="000E49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lang w:val="en-US" w:eastAsia="en-US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0E49D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val="en-US" w:eastAsia="en-US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0E49D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lang w:val="en-US" w:eastAsia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0E49D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lang w:val="en-US"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0E49D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lang w:val="en-US"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0E49D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0E49D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39"/>
    <w:qFormat/>
    <w:rsid w:val="00CD58D2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2"/>
    <w:uiPriority w:val="99"/>
    <w:unhideWhenUsed/>
    <w:rsid w:val="00CD58D2"/>
    <w:rPr>
      <w:color w:val="0000FF" w:themeColor="hyperlink"/>
      <w:u w:val="single"/>
    </w:rPr>
  </w:style>
  <w:style w:type="character" w:customStyle="1" w:styleId="10">
    <w:name w:val="Заголовок 1 Знак"/>
    <w:basedOn w:val="a2"/>
    <w:link w:val="1"/>
    <w:uiPriority w:val="9"/>
    <w:rsid w:val="000E49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2">
    <w:name w:val="Заголовок 2 Знак"/>
    <w:basedOn w:val="a2"/>
    <w:link w:val="21"/>
    <w:uiPriority w:val="9"/>
    <w:rsid w:val="000E49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2">
    <w:name w:val="Заголовок 3 Знак"/>
    <w:basedOn w:val="a2"/>
    <w:link w:val="31"/>
    <w:uiPriority w:val="9"/>
    <w:rsid w:val="000E49D6"/>
    <w:rPr>
      <w:rFonts w:asciiTheme="majorHAnsi" w:eastAsiaTheme="majorEastAsia" w:hAnsiTheme="majorHAnsi" w:cstheme="majorBidi"/>
      <w:b/>
      <w:bCs/>
      <w:color w:val="4F81BD" w:themeColor="accent1"/>
      <w:sz w:val="24"/>
      <w:lang w:val="en-US" w:eastAsia="en-US"/>
    </w:rPr>
  </w:style>
  <w:style w:type="character" w:customStyle="1" w:styleId="40">
    <w:name w:val="Заголовок 4 Знак"/>
    <w:basedOn w:val="a2"/>
    <w:link w:val="4"/>
    <w:uiPriority w:val="9"/>
    <w:semiHidden/>
    <w:rsid w:val="000E49D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val="en-US" w:eastAsia="en-US"/>
    </w:rPr>
  </w:style>
  <w:style w:type="character" w:customStyle="1" w:styleId="50">
    <w:name w:val="Заголовок 5 Знак"/>
    <w:basedOn w:val="a2"/>
    <w:link w:val="5"/>
    <w:uiPriority w:val="9"/>
    <w:semiHidden/>
    <w:rsid w:val="000E49D6"/>
    <w:rPr>
      <w:rFonts w:asciiTheme="majorHAnsi" w:eastAsiaTheme="majorEastAsia" w:hAnsiTheme="majorHAnsi" w:cstheme="majorBidi"/>
      <w:color w:val="243F60" w:themeColor="accent1" w:themeShade="7F"/>
      <w:sz w:val="24"/>
      <w:lang w:val="en-US" w:eastAsia="en-US"/>
    </w:rPr>
  </w:style>
  <w:style w:type="character" w:customStyle="1" w:styleId="60">
    <w:name w:val="Заголовок 6 Знак"/>
    <w:basedOn w:val="a2"/>
    <w:link w:val="6"/>
    <w:uiPriority w:val="9"/>
    <w:semiHidden/>
    <w:rsid w:val="000E49D6"/>
    <w:rPr>
      <w:rFonts w:asciiTheme="majorHAnsi" w:eastAsiaTheme="majorEastAsia" w:hAnsiTheme="majorHAnsi" w:cstheme="majorBidi"/>
      <w:i/>
      <w:iCs/>
      <w:color w:val="243F60" w:themeColor="accent1" w:themeShade="7F"/>
      <w:sz w:val="24"/>
      <w:lang w:val="en-US"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0E49D6"/>
    <w:rPr>
      <w:rFonts w:asciiTheme="majorHAnsi" w:eastAsiaTheme="majorEastAsia" w:hAnsiTheme="majorHAnsi" w:cstheme="majorBidi"/>
      <w:i/>
      <w:iCs/>
      <w:color w:val="404040" w:themeColor="text1" w:themeTint="BF"/>
      <w:sz w:val="24"/>
      <w:lang w:val="en-US"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0E49D6"/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/>
    </w:rPr>
  </w:style>
  <w:style w:type="character" w:customStyle="1" w:styleId="90">
    <w:name w:val="Заголовок 9 Знак"/>
    <w:basedOn w:val="a2"/>
    <w:link w:val="9"/>
    <w:uiPriority w:val="9"/>
    <w:semiHidden/>
    <w:rsid w:val="000E49D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numbering" w:customStyle="1" w:styleId="11">
    <w:name w:val="Нет списка1"/>
    <w:next w:val="a4"/>
    <w:uiPriority w:val="99"/>
    <w:semiHidden/>
    <w:unhideWhenUsed/>
    <w:rsid w:val="000E49D6"/>
  </w:style>
  <w:style w:type="paragraph" w:styleId="a7">
    <w:name w:val="header"/>
    <w:basedOn w:val="a1"/>
    <w:link w:val="a8"/>
    <w:uiPriority w:val="99"/>
    <w:unhideWhenUsed/>
    <w:rsid w:val="000E49D6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 w:val="24"/>
      <w:lang w:val="en-US" w:eastAsia="en-US"/>
    </w:rPr>
  </w:style>
  <w:style w:type="character" w:customStyle="1" w:styleId="a8">
    <w:name w:val="Верхний колонтитул Знак"/>
    <w:basedOn w:val="a2"/>
    <w:link w:val="a7"/>
    <w:uiPriority w:val="99"/>
    <w:rsid w:val="000E49D6"/>
    <w:rPr>
      <w:rFonts w:ascii="Times New Roman" w:eastAsia="Times New Roman" w:hAnsi="Times New Roman"/>
      <w:sz w:val="24"/>
      <w:lang w:val="en-US" w:eastAsia="en-US"/>
    </w:rPr>
  </w:style>
  <w:style w:type="paragraph" w:styleId="a9">
    <w:name w:val="footer"/>
    <w:basedOn w:val="a1"/>
    <w:link w:val="aa"/>
    <w:uiPriority w:val="99"/>
    <w:unhideWhenUsed/>
    <w:rsid w:val="000E49D6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 w:val="24"/>
      <w:lang w:val="en-US" w:eastAsia="en-US"/>
    </w:rPr>
  </w:style>
  <w:style w:type="character" w:customStyle="1" w:styleId="aa">
    <w:name w:val="Нижний колонтитул Знак"/>
    <w:basedOn w:val="a2"/>
    <w:link w:val="a9"/>
    <w:uiPriority w:val="99"/>
    <w:rsid w:val="000E49D6"/>
    <w:rPr>
      <w:rFonts w:ascii="Times New Roman" w:eastAsia="Times New Roman" w:hAnsi="Times New Roman"/>
      <w:sz w:val="24"/>
      <w:lang w:val="en-US" w:eastAsia="en-US"/>
    </w:rPr>
  </w:style>
  <w:style w:type="paragraph" w:styleId="ab">
    <w:name w:val="No Spacing"/>
    <w:uiPriority w:val="1"/>
    <w:qFormat/>
    <w:rsid w:val="000E49D6"/>
    <w:pPr>
      <w:spacing w:after="0" w:line="240" w:lineRule="auto"/>
    </w:pPr>
    <w:rPr>
      <w:lang w:val="en-US" w:eastAsia="en-US"/>
    </w:rPr>
  </w:style>
  <w:style w:type="paragraph" w:styleId="ac">
    <w:name w:val="Title"/>
    <w:basedOn w:val="a1"/>
    <w:next w:val="a1"/>
    <w:link w:val="ad"/>
    <w:uiPriority w:val="10"/>
    <w:qFormat/>
    <w:rsid w:val="000E49D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d">
    <w:name w:val="Название Знак"/>
    <w:basedOn w:val="a2"/>
    <w:link w:val="ac"/>
    <w:uiPriority w:val="10"/>
    <w:rsid w:val="000E49D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paragraph" w:styleId="ae">
    <w:name w:val="Subtitle"/>
    <w:basedOn w:val="a1"/>
    <w:next w:val="a1"/>
    <w:link w:val="af"/>
    <w:uiPriority w:val="11"/>
    <w:qFormat/>
    <w:rsid w:val="000E49D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f">
    <w:name w:val="Подзаголовок Знак"/>
    <w:basedOn w:val="a2"/>
    <w:link w:val="ae"/>
    <w:uiPriority w:val="11"/>
    <w:rsid w:val="000E49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f0">
    <w:name w:val="List Paragraph"/>
    <w:basedOn w:val="a1"/>
    <w:uiPriority w:val="34"/>
    <w:qFormat/>
    <w:rsid w:val="000E49D6"/>
    <w:pPr>
      <w:ind w:left="720"/>
      <w:contextualSpacing/>
    </w:pPr>
    <w:rPr>
      <w:rFonts w:ascii="Times New Roman" w:eastAsia="Times New Roman" w:hAnsi="Times New Roman"/>
      <w:sz w:val="24"/>
      <w:lang w:val="en-US" w:eastAsia="en-US"/>
    </w:rPr>
  </w:style>
  <w:style w:type="paragraph" w:styleId="af1">
    <w:name w:val="Body Text"/>
    <w:basedOn w:val="a1"/>
    <w:link w:val="af2"/>
    <w:uiPriority w:val="99"/>
    <w:unhideWhenUsed/>
    <w:rsid w:val="000E49D6"/>
    <w:pPr>
      <w:spacing w:after="120"/>
    </w:pPr>
    <w:rPr>
      <w:rFonts w:ascii="Times New Roman" w:eastAsia="Times New Roman" w:hAnsi="Times New Roman"/>
      <w:sz w:val="24"/>
      <w:lang w:val="en-US" w:eastAsia="en-US"/>
    </w:rPr>
  </w:style>
  <w:style w:type="character" w:customStyle="1" w:styleId="af2">
    <w:name w:val="Основной текст Знак"/>
    <w:basedOn w:val="a2"/>
    <w:link w:val="af1"/>
    <w:uiPriority w:val="99"/>
    <w:rsid w:val="000E49D6"/>
    <w:rPr>
      <w:rFonts w:ascii="Times New Roman" w:eastAsia="Times New Roman" w:hAnsi="Times New Roman"/>
      <w:sz w:val="24"/>
      <w:lang w:val="en-US" w:eastAsia="en-US"/>
    </w:rPr>
  </w:style>
  <w:style w:type="paragraph" w:styleId="23">
    <w:name w:val="Body Text 2"/>
    <w:basedOn w:val="a1"/>
    <w:link w:val="24"/>
    <w:uiPriority w:val="99"/>
    <w:unhideWhenUsed/>
    <w:rsid w:val="000E49D6"/>
    <w:pPr>
      <w:spacing w:after="120" w:line="480" w:lineRule="auto"/>
    </w:pPr>
    <w:rPr>
      <w:rFonts w:ascii="Times New Roman" w:eastAsia="Times New Roman" w:hAnsi="Times New Roman"/>
      <w:sz w:val="24"/>
      <w:lang w:val="en-US" w:eastAsia="en-US"/>
    </w:rPr>
  </w:style>
  <w:style w:type="character" w:customStyle="1" w:styleId="24">
    <w:name w:val="Основной текст 2 Знак"/>
    <w:basedOn w:val="a2"/>
    <w:link w:val="23"/>
    <w:uiPriority w:val="99"/>
    <w:rsid w:val="000E49D6"/>
    <w:rPr>
      <w:rFonts w:ascii="Times New Roman" w:eastAsia="Times New Roman" w:hAnsi="Times New Roman"/>
      <w:sz w:val="24"/>
      <w:lang w:val="en-US" w:eastAsia="en-US"/>
    </w:rPr>
  </w:style>
  <w:style w:type="paragraph" w:styleId="33">
    <w:name w:val="Body Text 3"/>
    <w:basedOn w:val="a1"/>
    <w:link w:val="34"/>
    <w:uiPriority w:val="99"/>
    <w:unhideWhenUsed/>
    <w:rsid w:val="000E49D6"/>
    <w:pPr>
      <w:spacing w:after="120"/>
    </w:pPr>
    <w:rPr>
      <w:rFonts w:ascii="Times New Roman" w:eastAsia="Times New Roman" w:hAnsi="Times New Roman"/>
      <w:sz w:val="16"/>
      <w:szCs w:val="16"/>
      <w:lang w:val="en-US" w:eastAsia="en-US"/>
    </w:rPr>
  </w:style>
  <w:style w:type="character" w:customStyle="1" w:styleId="34">
    <w:name w:val="Основной текст 3 Знак"/>
    <w:basedOn w:val="a2"/>
    <w:link w:val="33"/>
    <w:uiPriority w:val="99"/>
    <w:rsid w:val="000E49D6"/>
    <w:rPr>
      <w:rFonts w:ascii="Times New Roman" w:eastAsia="Times New Roman" w:hAnsi="Times New Roman"/>
      <w:sz w:val="16"/>
      <w:szCs w:val="16"/>
      <w:lang w:val="en-US" w:eastAsia="en-US"/>
    </w:rPr>
  </w:style>
  <w:style w:type="paragraph" w:styleId="af3">
    <w:name w:val="List"/>
    <w:basedOn w:val="a1"/>
    <w:uiPriority w:val="99"/>
    <w:unhideWhenUsed/>
    <w:rsid w:val="000E49D6"/>
    <w:pPr>
      <w:ind w:left="360" w:hanging="360"/>
      <w:contextualSpacing/>
    </w:pPr>
    <w:rPr>
      <w:rFonts w:ascii="Times New Roman" w:eastAsia="Times New Roman" w:hAnsi="Times New Roman"/>
      <w:sz w:val="24"/>
      <w:lang w:val="en-US" w:eastAsia="en-US"/>
    </w:rPr>
  </w:style>
  <w:style w:type="paragraph" w:styleId="25">
    <w:name w:val="List 2"/>
    <w:basedOn w:val="a1"/>
    <w:uiPriority w:val="99"/>
    <w:unhideWhenUsed/>
    <w:rsid w:val="000E49D6"/>
    <w:pPr>
      <w:ind w:left="720" w:hanging="360"/>
      <w:contextualSpacing/>
    </w:pPr>
    <w:rPr>
      <w:rFonts w:ascii="Times New Roman" w:eastAsia="Times New Roman" w:hAnsi="Times New Roman"/>
      <w:sz w:val="24"/>
      <w:lang w:val="en-US" w:eastAsia="en-US"/>
    </w:rPr>
  </w:style>
  <w:style w:type="paragraph" w:styleId="35">
    <w:name w:val="List 3"/>
    <w:basedOn w:val="a1"/>
    <w:uiPriority w:val="99"/>
    <w:unhideWhenUsed/>
    <w:rsid w:val="000E49D6"/>
    <w:pPr>
      <w:ind w:left="1080" w:hanging="360"/>
      <w:contextualSpacing/>
    </w:pPr>
    <w:rPr>
      <w:rFonts w:ascii="Times New Roman" w:eastAsia="Times New Roman" w:hAnsi="Times New Roman"/>
      <w:sz w:val="24"/>
      <w:lang w:val="en-US" w:eastAsia="en-US"/>
    </w:rPr>
  </w:style>
  <w:style w:type="paragraph" w:styleId="a0">
    <w:name w:val="List Bullet"/>
    <w:basedOn w:val="a1"/>
    <w:uiPriority w:val="99"/>
    <w:unhideWhenUsed/>
    <w:rsid w:val="000E49D6"/>
    <w:pPr>
      <w:numPr>
        <w:numId w:val="1"/>
      </w:numPr>
      <w:contextualSpacing/>
    </w:pPr>
    <w:rPr>
      <w:rFonts w:ascii="Times New Roman" w:eastAsia="Times New Roman" w:hAnsi="Times New Roman"/>
      <w:sz w:val="24"/>
      <w:lang w:val="en-US" w:eastAsia="en-US"/>
    </w:rPr>
  </w:style>
  <w:style w:type="paragraph" w:styleId="20">
    <w:name w:val="List Bullet 2"/>
    <w:basedOn w:val="a1"/>
    <w:uiPriority w:val="99"/>
    <w:unhideWhenUsed/>
    <w:rsid w:val="000E49D6"/>
    <w:pPr>
      <w:numPr>
        <w:numId w:val="2"/>
      </w:numPr>
      <w:contextualSpacing/>
    </w:pPr>
    <w:rPr>
      <w:rFonts w:ascii="Times New Roman" w:eastAsia="Times New Roman" w:hAnsi="Times New Roman"/>
      <w:sz w:val="24"/>
      <w:lang w:val="en-US" w:eastAsia="en-US"/>
    </w:rPr>
  </w:style>
  <w:style w:type="paragraph" w:styleId="30">
    <w:name w:val="List Bullet 3"/>
    <w:basedOn w:val="a1"/>
    <w:uiPriority w:val="99"/>
    <w:unhideWhenUsed/>
    <w:rsid w:val="000E49D6"/>
    <w:pPr>
      <w:numPr>
        <w:numId w:val="3"/>
      </w:numPr>
      <w:contextualSpacing/>
    </w:pPr>
    <w:rPr>
      <w:rFonts w:ascii="Times New Roman" w:eastAsia="Times New Roman" w:hAnsi="Times New Roman"/>
      <w:sz w:val="24"/>
      <w:lang w:val="en-US" w:eastAsia="en-US"/>
    </w:rPr>
  </w:style>
  <w:style w:type="paragraph" w:styleId="a">
    <w:name w:val="List Number"/>
    <w:basedOn w:val="a1"/>
    <w:uiPriority w:val="99"/>
    <w:unhideWhenUsed/>
    <w:rsid w:val="000E49D6"/>
    <w:pPr>
      <w:numPr>
        <w:numId w:val="5"/>
      </w:numPr>
      <w:contextualSpacing/>
    </w:pPr>
    <w:rPr>
      <w:rFonts w:ascii="Times New Roman" w:eastAsia="Times New Roman" w:hAnsi="Times New Roman"/>
      <w:sz w:val="24"/>
      <w:lang w:val="en-US" w:eastAsia="en-US"/>
    </w:rPr>
  </w:style>
  <w:style w:type="paragraph" w:styleId="2">
    <w:name w:val="List Number 2"/>
    <w:basedOn w:val="a1"/>
    <w:uiPriority w:val="99"/>
    <w:unhideWhenUsed/>
    <w:rsid w:val="000E49D6"/>
    <w:pPr>
      <w:numPr>
        <w:numId w:val="6"/>
      </w:numPr>
      <w:contextualSpacing/>
    </w:pPr>
    <w:rPr>
      <w:rFonts w:ascii="Times New Roman" w:eastAsia="Times New Roman" w:hAnsi="Times New Roman"/>
      <w:sz w:val="24"/>
      <w:lang w:val="en-US" w:eastAsia="en-US"/>
    </w:rPr>
  </w:style>
  <w:style w:type="paragraph" w:styleId="3">
    <w:name w:val="List Number 3"/>
    <w:basedOn w:val="a1"/>
    <w:uiPriority w:val="99"/>
    <w:unhideWhenUsed/>
    <w:rsid w:val="000E49D6"/>
    <w:pPr>
      <w:numPr>
        <w:numId w:val="7"/>
      </w:numPr>
      <w:contextualSpacing/>
    </w:pPr>
    <w:rPr>
      <w:rFonts w:ascii="Times New Roman" w:eastAsia="Times New Roman" w:hAnsi="Times New Roman"/>
      <w:sz w:val="24"/>
      <w:lang w:val="en-US" w:eastAsia="en-US"/>
    </w:rPr>
  </w:style>
  <w:style w:type="paragraph" w:styleId="af4">
    <w:name w:val="List Continue"/>
    <w:basedOn w:val="a1"/>
    <w:uiPriority w:val="99"/>
    <w:unhideWhenUsed/>
    <w:rsid w:val="000E49D6"/>
    <w:pPr>
      <w:spacing w:after="120"/>
      <w:ind w:left="360"/>
      <w:contextualSpacing/>
    </w:pPr>
    <w:rPr>
      <w:rFonts w:ascii="Times New Roman" w:eastAsia="Times New Roman" w:hAnsi="Times New Roman"/>
      <w:sz w:val="24"/>
      <w:lang w:val="en-US" w:eastAsia="en-US"/>
    </w:rPr>
  </w:style>
  <w:style w:type="paragraph" w:styleId="26">
    <w:name w:val="List Continue 2"/>
    <w:basedOn w:val="a1"/>
    <w:uiPriority w:val="99"/>
    <w:unhideWhenUsed/>
    <w:rsid w:val="000E49D6"/>
    <w:pPr>
      <w:spacing w:after="120"/>
      <w:ind w:left="720"/>
      <w:contextualSpacing/>
    </w:pPr>
    <w:rPr>
      <w:rFonts w:ascii="Times New Roman" w:eastAsia="Times New Roman" w:hAnsi="Times New Roman"/>
      <w:sz w:val="24"/>
      <w:lang w:val="en-US" w:eastAsia="en-US"/>
    </w:rPr>
  </w:style>
  <w:style w:type="paragraph" w:styleId="36">
    <w:name w:val="List Continue 3"/>
    <w:basedOn w:val="a1"/>
    <w:uiPriority w:val="99"/>
    <w:unhideWhenUsed/>
    <w:rsid w:val="000E49D6"/>
    <w:pPr>
      <w:spacing w:after="120"/>
      <w:ind w:left="1080"/>
      <w:contextualSpacing/>
    </w:pPr>
    <w:rPr>
      <w:rFonts w:ascii="Times New Roman" w:eastAsia="Times New Roman" w:hAnsi="Times New Roman"/>
      <w:sz w:val="24"/>
      <w:lang w:val="en-US" w:eastAsia="en-US"/>
    </w:rPr>
  </w:style>
  <w:style w:type="paragraph" w:styleId="af5">
    <w:name w:val="macro"/>
    <w:link w:val="af6"/>
    <w:uiPriority w:val="99"/>
    <w:unhideWhenUsed/>
    <w:rsid w:val="000E49D6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  <w:lang w:val="en-US" w:eastAsia="en-US"/>
    </w:rPr>
  </w:style>
  <w:style w:type="character" w:customStyle="1" w:styleId="af6">
    <w:name w:val="Текст макроса Знак"/>
    <w:basedOn w:val="a2"/>
    <w:link w:val="af5"/>
    <w:uiPriority w:val="99"/>
    <w:rsid w:val="000E49D6"/>
    <w:rPr>
      <w:rFonts w:ascii="Courier" w:hAnsi="Courier"/>
      <w:sz w:val="20"/>
      <w:szCs w:val="20"/>
      <w:lang w:val="en-US" w:eastAsia="en-US"/>
    </w:rPr>
  </w:style>
  <w:style w:type="paragraph" w:styleId="27">
    <w:name w:val="Quote"/>
    <w:basedOn w:val="a1"/>
    <w:next w:val="a1"/>
    <w:link w:val="28"/>
    <w:uiPriority w:val="29"/>
    <w:qFormat/>
    <w:rsid w:val="000E49D6"/>
    <w:rPr>
      <w:rFonts w:ascii="Times New Roman" w:eastAsia="Times New Roman" w:hAnsi="Times New Roman"/>
      <w:i/>
      <w:iCs/>
      <w:color w:val="000000" w:themeColor="text1"/>
      <w:sz w:val="24"/>
      <w:lang w:val="en-US" w:eastAsia="en-US"/>
    </w:rPr>
  </w:style>
  <w:style w:type="character" w:customStyle="1" w:styleId="28">
    <w:name w:val="Цитата 2 Знак"/>
    <w:basedOn w:val="a2"/>
    <w:link w:val="27"/>
    <w:uiPriority w:val="29"/>
    <w:rsid w:val="000E49D6"/>
    <w:rPr>
      <w:rFonts w:ascii="Times New Roman" w:eastAsia="Times New Roman" w:hAnsi="Times New Roman"/>
      <w:i/>
      <w:iCs/>
      <w:color w:val="000000" w:themeColor="text1"/>
      <w:sz w:val="24"/>
      <w:lang w:val="en-US" w:eastAsia="en-US"/>
    </w:rPr>
  </w:style>
  <w:style w:type="paragraph" w:styleId="af7">
    <w:name w:val="caption"/>
    <w:basedOn w:val="a1"/>
    <w:next w:val="a1"/>
    <w:uiPriority w:val="35"/>
    <w:semiHidden/>
    <w:unhideWhenUsed/>
    <w:qFormat/>
    <w:rsid w:val="000E49D6"/>
    <w:pPr>
      <w:spacing w:line="240" w:lineRule="auto"/>
    </w:pPr>
    <w:rPr>
      <w:rFonts w:ascii="Times New Roman" w:eastAsia="Times New Roman" w:hAnsi="Times New Roman"/>
      <w:b/>
      <w:bCs/>
      <w:color w:val="4F81BD" w:themeColor="accent1"/>
      <w:sz w:val="18"/>
      <w:szCs w:val="18"/>
      <w:lang w:val="en-US" w:eastAsia="en-US"/>
    </w:rPr>
  </w:style>
  <w:style w:type="character" w:styleId="af8">
    <w:name w:val="Strong"/>
    <w:basedOn w:val="a2"/>
    <w:uiPriority w:val="22"/>
    <w:qFormat/>
    <w:rsid w:val="000E49D6"/>
    <w:rPr>
      <w:b/>
      <w:bCs/>
    </w:rPr>
  </w:style>
  <w:style w:type="character" w:styleId="af9">
    <w:name w:val="Emphasis"/>
    <w:basedOn w:val="a2"/>
    <w:uiPriority w:val="20"/>
    <w:qFormat/>
    <w:rsid w:val="000E49D6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0E49D6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Times New Roman" w:eastAsia="Times New Roman" w:hAnsi="Times New Roman"/>
      <w:b/>
      <w:bCs/>
      <w:i/>
      <w:iCs/>
      <w:color w:val="4F81BD" w:themeColor="accent1"/>
      <w:sz w:val="24"/>
      <w:lang w:val="en-US" w:eastAsia="en-US"/>
    </w:rPr>
  </w:style>
  <w:style w:type="character" w:customStyle="1" w:styleId="afb">
    <w:name w:val="Выделенная цитата Знак"/>
    <w:basedOn w:val="a2"/>
    <w:link w:val="afa"/>
    <w:uiPriority w:val="30"/>
    <w:rsid w:val="000E49D6"/>
    <w:rPr>
      <w:rFonts w:ascii="Times New Roman" w:eastAsia="Times New Roman" w:hAnsi="Times New Roman"/>
      <w:b/>
      <w:bCs/>
      <w:i/>
      <w:iCs/>
      <w:color w:val="4F81BD" w:themeColor="accent1"/>
      <w:sz w:val="24"/>
      <w:lang w:val="en-US" w:eastAsia="en-US"/>
    </w:rPr>
  </w:style>
  <w:style w:type="character" w:styleId="afc">
    <w:name w:val="Subtle Emphasis"/>
    <w:basedOn w:val="a2"/>
    <w:uiPriority w:val="19"/>
    <w:qFormat/>
    <w:rsid w:val="000E49D6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0E49D6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0E49D6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0E49D6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0E49D6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0E49D6"/>
    <w:pPr>
      <w:outlineLvl w:val="9"/>
    </w:pPr>
  </w:style>
  <w:style w:type="table" w:customStyle="1" w:styleId="12">
    <w:name w:val="Сетка таблицы1"/>
    <w:basedOn w:val="a3"/>
    <w:next w:val="a5"/>
    <w:uiPriority w:val="59"/>
    <w:rsid w:val="000E49D6"/>
    <w:pPr>
      <w:spacing w:after="0" w:line="240" w:lineRule="auto"/>
    </w:pPr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2">
    <w:name w:val="Light Shading"/>
    <w:basedOn w:val="a3"/>
    <w:uiPriority w:val="60"/>
    <w:rsid w:val="000E49D6"/>
    <w:pPr>
      <w:spacing w:after="0" w:line="240" w:lineRule="auto"/>
    </w:pPr>
    <w:rPr>
      <w:color w:val="000000" w:themeColor="text1" w:themeShade="BF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0E49D6"/>
    <w:pPr>
      <w:spacing w:after="0" w:line="240" w:lineRule="auto"/>
    </w:pPr>
    <w:rPr>
      <w:color w:val="365F91" w:themeColor="accent1" w:themeShade="BF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0E49D6"/>
    <w:pPr>
      <w:spacing w:after="0" w:line="240" w:lineRule="auto"/>
    </w:pPr>
    <w:rPr>
      <w:color w:val="943634" w:themeColor="accent2" w:themeShade="BF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0E49D6"/>
    <w:pPr>
      <w:spacing w:after="0" w:line="240" w:lineRule="auto"/>
    </w:pPr>
    <w:rPr>
      <w:color w:val="76923C" w:themeColor="accent3" w:themeShade="BF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0E49D6"/>
    <w:pPr>
      <w:spacing w:after="0" w:line="240" w:lineRule="auto"/>
    </w:pPr>
    <w:rPr>
      <w:color w:val="5F497A" w:themeColor="accent4" w:themeShade="BF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0E49D6"/>
    <w:pPr>
      <w:spacing w:after="0" w:line="240" w:lineRule="auto"/>
    </w:pPr>
    <w:rPr>
      <w:color w:val="31849B" w:themeColor="accent5" w:themeShade="BF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0E49D6"/>
    <w:pPr>
      <w:spacing w:after="0" w:line="240" w:lineRule="auto"/>
    </w:pPr>
    <w:rPr>
      <w:color w:val="E36C0A" w:themeColor="accent6" w:themeShade="BF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0E49D6"/>
    <w:pPr>
      <w:spacing w:after="0" w:line="240" w:lineRule="auto"/>
    </w:pPr>
    <w:rPr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0E49D6"/>
    <w:pPr>
      <w:spacing w:after="0" w:line="240" w:lineRule="auto"/>
    </w:pPr>
    <w:rPr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0E49D6"/>
    <w:pPr>
      <w:spacing w:after="0" w:line="240" w:lineRule="auto"/>
    </w:pPr>
    <w:rPr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0E49D6"/>
    <w:pPr>
      <w:spacing w:after="0" w:line="240" w:lineRule="auto"/>
    </w:pPr>
    <w:rPr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0E49D6"/>
    <w:pPr>
      <w:spacing w:after="0" w:line="240" w:lineRule="auto"/>
    </w:pPr>
    <w:rPr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0E49D6"/>
    <w:pPr>
      <w:spacing w:after="0" w:line="240" w:lineRule="auto"/>
    </w:pPr>
    <w:rPr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0E49D6"/>
    <w:pPr>
      <w:spacing w:after="0" w:line="240" w:lineRule="auto"/>
    </w:pPr>
    <w:rPr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0E49D6"/>
    <w:pPr>
      <w:spacing w:after="0" w:line="240" w:lineRule="auto"/>
    </w:pPr>
    <w:rPr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0E49D6"/>
    <w:pPr>
      <w:spacing w:after="0" w:line="240" w:lineRule="auto"/>
    </w:pPr>
    <w:rPr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0E49D6"/>
    <w:pPr>
      <w:spacing w:after="0" w:line="240" w:lineRule="auto"/>
    </w:pPr>
    <w:rPr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0E49D6"/>
    <w:pPr>
      <w:spacing w:after="0" w:line="240" w:lineRule="auto"/>
    </w:pPr>
    <w:rPr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0E49D6"/>
    <w:pPr>
      <w:spacing w:after="0" w:line="240" w:lineRule="auto"/>
    </w:pPr>
    <w:rPr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0E49D6"/>
    <w:pPr>
      <w:spacing w:after="0" w:line="240" w:lineRule="auto"/>
    </w:pPr>
    <w:rPr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0E49D6"/>
    <w:pPr>
      <w:spacing w:after="0" w:line="240" w:lineRule="auto"/>
    </w:pPr>
    <w:rPr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3">
    <w:name w:val="Medium Shading 1"/>
    <w:basedOn w:val="a3"/>
    <w:uiPriority w:val="63"/>
    <w:rsid w:val="000E49D6"/>
    <w:pPr>
      <w:spacing w:after="0" w:line="240" w:lineRule="auto"/>
    </w:pPr>
    <w:rPr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0E49D6"/>
    <w:pPr>
      <w:spacing w:after="0" w:line="240" w:lineRule="auto"/>
    </w:pPr>
    <w:rPr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0E49D6"/>
    <w:pPr>
      <w:spacing w:after="0" w:line="240" w:lineRule="auto"/>
    </w:pPr>
    <w:rPr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0E49D6"/>
    <w:pPr>
      <w:spacing w:after="0" w:line="240" w:lineRule="auto"/>
    </w:pPr>
    <w:rPr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0E49D6"/>
    <w:pPr>
      <w:spacing w:after="0" w:line="240" w:lineRule="auto"/>
    </w:pPr>
    <w:rPr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0E49D6"/>
    <w:pPr>
      <w:spacing w:after="0" w:line="240" w:lineRule="auto"/>
    </w:pPr>
    <w:rPr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0E49D6"/>
    <w:pPr>
      <w:spacing w:after="0" w:line="240" w:lineRule="auto"/>
    </w:pPr>
    <w:rPr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0E49D6"/>
    <w:pPr>
      <w:spacing w:after="0" w:line="240" w:lineRule="auto"/>
    </w:pPr>
    <w:rPr>
      <w:lang w:val="en-US" w:eastAsia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0E49D6"/>
    <w:pPr>
      <w:spacing w:after="0" w:line="240" w:lineRule="auto"/>
    </w:pPr>
    <w:rPr>
      <w:lang w:val="en-US" w:eastAsia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0E49D6"/>
    <w:pPr>
      <w:spacing w:after="0" w:line="240" w:lineRule="auto"/>
    </w:pPr>
    <w:rPr>
      <w:lang w:val="en-US" w:eastAsia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0E49D6"/>
    <w:pPr>
      <w:spacing w:after="0" w:line="240" w:lineRule="auto"/>
    </w:pPr>
    <w:rPr>
      <w:lang w:val="en-US" w:eastAsia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0E49D6"/>
    <w:pPr>
      <w:spacing w:after="0" w:line="240" w:lineRule="auto"/>
    </w:pPr>
    <w:rPr>
      <w:lang w:val="en-US" w:eastAsia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0E49D6"/>
    <w:pPr>
      <w:spacing w:after="0" w:line="240" w:lineRule="auto"/>
    </w:pPr>
    <w:rPr>
      <w:lang w:val="en-US" w:eastAsia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0E49D6"/>
    <w:pPr>
      <w:spacing w:after="0" w:line="240" w:lineRule="auto"/>
    </w:pPr>
    <w:rPr>
      <w:lang w:val="en-US" w:eastAsia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4">
    <w:name w:val="Medium List 1"/>
    <w:basedOn w:val="a3"/>
    <w:uiPriority w:val="65"/>
    <w:rsid w:val="000E49D6"/>
    <w:pPr>
      <w:spacing w:after="0"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0E49D6"/>
    <w:pPr>
      <w:spacing w:after="0"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0E49D6"/>
    <w:pPr>
      <w:spacing w:after="0"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0E49D6"/>
    <w:pPr>
      <w:spacing w:after="0"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0E49D6"/>
    <w:pPr>
      <w:spacing w:after="0"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0E49D6"/>
    <w:pPr>
      <w:spacing w:after="0"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0E49D6"/>
    <w:pPr>
      <w:spacing w:after="0"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0E49D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0E49D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0E49D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0E49D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0E49D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0E49D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0E49D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5">
    <w:name w:val="Medium Grid 1"/>
    <w:basedOn w:val="a3"/>
    <w:uiPriority w:val="67"/>
    <w:rsid w:val="000E49D6"/>
    <w:pPr>
      <w:spacing w:after="0" w:line="240" w:lineRule="auto"/>
    </w:pPr>
    <w:rPr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0E49D6"/>
    <w:pPr>
      <w:spacing w:after="0" w:line="240" w:lineRule="auto"/>
    </w:pPr>
    <w:rPr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0E49D6"/>
    <w:pPr>
      <w:spacing w:after="0" w:line="240" w:lineRule="auto"/>
    </w:pPr>
    <w:rPr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0E49D6"/>
    <w:pPr>
      <w:spacing w:after="0" w:line="240" w:lineRule="auto"/>
    </w:pPr>
    <w:rPr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0E49D6"/>
    <w:pPr>
      <w:spacing w:after="0" w:line="240" w:lineRule="auto"/>
    </w:pPr>
    <w:rPr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0E49D6"/>
    <w:pPr>
      <w:spacing w:after="0" w:line="240" w:lineRule="auto"/>
    </w:pPr>
    <w:rPr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0E49D6"/>
    <w:pPr>
      <w:spacing w:after="0" w:line="240" w:lineRule="auto"/>
    </w:pPr>
    <w:rPr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0E49D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0E49D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0E49D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0E49D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0E49D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0E49D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0E49D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0E49D6"/>
    <w:pPr>
      <w:spacing w:after="0" w:line="240" w:lineRule="auto"/>
    </w:pPr>
    <w:rPr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0E49D6"/>
    <w:pPr>
      <w:spacing w:after="0" w:line="240" w:lineRule="auto"/>
    </w:pPr>
    <w:rPr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0E49D6"/>
    <w:pPr>
      <w:spacing w:after="0" w:line="240" w:lineRule="auto"/>
    </w:pPr>
    <w:rPr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0E49D6"/>
    <w:pPr>
      <w:spacing w:after="0" w:line="240" w:lineRule="auto"/>
    </w:pPr>
    <w:rPr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0E49D6"/>
    <w:pPr>
      <w:spacing w:after="0" w:line="240" w:lineRule="auto"/>
    </w:pPr>
    <w:rPr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0E49D6"/>
    <w:pPr>
      <w:spacing w:after="0" w:line="240" w:lineRule="auto"/>
    </w:pPr>
    <w:rPr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0E49D6"/>
    <w:pPr>
      <w:spacing w:after="0" w:line="240" w:lineRule="auto"/>
    </w:pPr>
    <w:rPr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0E49D6"/>
    <w:pPr>
      <w:spacing w:after="0" w:line="240" w:lineRule="auto"/>
    </w:pPr>
    <w:rPr>
      <w:color w:val="FFFFFF" w:themeColor="background1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0E49D6"/>
    <w:pPr>
      <w:spacing w:after="0" w:line="240" w:lineRule="auto"/>
    </w:pPr>
    <w:rPr>
      <w:color w:val="FFFFFF" w:themeColor="background1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0E49D6"/>
    <w:pPr>
      <w:spacing w:after="0" w:line="240" w:lineRule="auto"/>
    </w:pPr>
    <w:rPr>
      <w:color w:val="FFFFFF" w:themeColor="background1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0E49D6"/>
    <w:pPr>
      <w:spacing w:after="0" w:line="240" w:lineRule="auto"/>
    </w:pPr>
    <w:rPr>
      <w:color w:val="FFFFFF" w:themeColor="background1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0E49D6"/>
    <w:pPr>
      <w:spacing w:after="0" w:line="240" w:lineRule="auto"/>
    </w:pPr>
    <w:rPr>
      <w:color w:val="FFFFFF" w:themeColor="background1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0E49D6"/>
    <w:pPr>
      <w:spacing w:after="0" w:line="240" w:lineRule="auto"/>
    </w:pPr>
    <w:rPr>
      <w:color w:val="FFFFFF" w:themeColor="background1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0E49D6"/>
    <w:pPr>
      <w:spacing w:after="0" w:line="240" w:lineRule="auto"/>
    </w:pPr>
    <w:rPr>
      <w:color w:val="FFFFFF" w:themeColor="background1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0E49D6"/>
    <w:pPr>
      <w:spacing w:after="0"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0E49D6"/>
    <w:pPr>
      <w:spacing w:after="0"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0E49D6"/>
    <w:pPr>
      <w:spacing w:after="0"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0E49D6"/>
    <w:pPr>
      <w:spacing w:after="0"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0E49D6"/>
    <w:pPr>
      <w:spacing w:after="0"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0E49D6"/>
    <w:pPr>
      <w:spacing w:after="0"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0E49D6"/>
    <w:pPr>
      <w:spacing w:after="0"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0E49D6"/>
    <w:pPr>
      <w:spacing w:after="0"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0E49D6"/>
    <w:pPr>
      <w:spacing w:after="0"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0E49D6"/>
    <w:pPr>
      <w:spacing w:after="0"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0E49D6"/>
    <w:pPr>
      <w:spacing w:after="0"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0E49D6"/>
    <w:pPr>
      <w:spacing w:after="0"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0E49D6"/>
    <w:pPr>
      <w:spacing w:after="0"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0E49D6"/>
    <w:pPr>
      <w:spacing w:after="0"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0E49D6"/>
    <w:pPr>
      <w:spacing w:after="0"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0E49D6"/>
    <w:pPr>
      <w:spacing w:after="0"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0E49D6"/>
    <w:pPr>
      <w:spacing w:after="0"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0E49D6"/>
    <w:pPr>
      <w:spacing w:after="0"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0E49D6"/>
    <w:pPr>
      <w:spacing w:after="0"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0E49D6"/>
    <w:pPr>
      <w:spacing w:after="0"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0E49D6"/>
    <w:pPr>
      <w:spacing w:after="0"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9">
    <w:name w:val="Balloon Text"/>
    <w:basedOn w:val="a1"/>
    <w:link w:val="affa"/>
    <w:uiPriority w:val="99"/>
    <w:semiHidden/>
    <w:unhideWhenUsed/>
    <w:rsid w:val="000E49D6"/>
    <w:pPr>
      <w:spacing w:after="0" w:line="240" w:lineRule="auto"/>
    </w:pPr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affa">
    <w:name w:val="Текст выноски Знак"/>
    <w:basedOn w:val="a2"/>
    <w:link w:val="aff9"/>
    <w:uiPriority w:val="99"/>
    <w:semiHidden/>
    <w:rsid w:val="000E49D6"/>
    <w:rPr>
      <w:rFonts w:ascii="Tahoma" w:eastAsia="Times New Roman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wall-217720873_1121" TargetMode="External"/><Relationship Id="rId21" Type="http://schemas.openxmlformats.org/officeDocument/2006/relationships/hyperlink" Target="https://vk.com/wall-217720873_1110" TargetMode="External"/><Relationship Id="rId34" Type="http://schemas.openxmlformats.org/officeDocument/2006/relationships/hyperlink" Target="https://vk.com/wall-217720873_1128" TargetMode="External"/><Relationship Id="rId42" Type="http://schemas.openxmlformats.org/officeDocument/2006/relationships/hyperlink" Target="https://vk.com/wall-217720873_1140" TargetMode="External"/><Relationship Id="rId47" Type="http://schemas.openxmlformats.org/officeDocument/2006/relationships/hyperlink" Target="https://vk.com/wall-217720873_1158" TargetMode="External"/><Relationship Id="rId50" Type="http://schemas.openxmlformats.org/officeDocument/2006/relationships/hyperlink" Target="https://vk.com/wall-217720873_1155" TargetMode="External"/><Relationship Id="rId55" Type="http://schemas.openxmlformats.org/officeDocument/2006/relationships/hyperlink" Target="https://vk.com/wall-233609388_308" TargetMode="External"/><Relationship Id="rId63" Type="http://schemas.openxmlformats.org/officeDocument/2006/relationships/hyperlink" Target="https://vk.com/wall-233609388_326" TargetMode="External"/><Relationship Id="rId68" Type="http://schemas.openxmlformats.org/officeDocument/2006/relationships/hyperlink" Target="https://vk.com/wall-233609388_341" TargetMode="External"/><Relationship Id="rId76" Type="http://schemas.openxmlformats.org/officeDocument/2006/relationships/hyperlink" Target="https://vk.com/wall-233609388_352" TargetMode="External"/><Relationship Id="rId84" Type="http://schemas.openxmlformats.org/officeDocument/2006/relationships/hyperlink" Target="https://vk.com/wall-233609388_375" TargetMode="External"/><Relationship Id="rId89" Type="http://schemas.openxmlformats.org/officeDocument/2006/relationships/hyperlink" Target="https://vk.com/wall-233609388_386" TargetMode="External"/><Relationship Id="rId97" Type="http://schemas.openxmlformats.org/officeDocument/2006/relationships/fontTable" Target="fontTable.xml"/><Relationship Id="rId7" Type="http://schemas.openxmlformats.org/officeDocument/2006/relationships/hyperlink" Target="https://vk.com/wall-217720873_1090" TargetMode="External"/><Relationship Id="rId71" Type="http://schemas.openxmlformats.org/officeDocument/2006/relationships/hyperlink" Target="https://vk.com/wall-233609388_345" TargetMode="External"/><Relationship Id="rId92" Type="http://schemas.openxmlformats.org/officeDocument/2006/relationships/hyperlink" Target="https://vk.com/wall-233609388_388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wall-217720873_1097" TargetMode="External"/><Relationship Id="rId29" Type="http://schemas.openxmlformats.org/officeDocument/2006/relationships/hyperlink" Target="https://vk.com/wall-217720873_1120" TargetMode="External"/><Relationship Id="rId11" Type="http://schemas.openxmlformats.org/officeDocument/2006/relationships/hyperlink" Target="https://vk.com/wall-217720873_1092" TargetMode="External"/><Relationship Id="rId24" Type="http://schemas.openxmlformats.org/officeDocument/2006/relationships/hyperlink" Target="https://vk.com/wall-217720873_1117" TargetMode="External"/><Relationship Id="rId32" Type="http://schemas.openxmlformats.org/officeDocument/2006/relationships/hyperlink" Target="https://vk.com/wall-217720873_1126" TargetMode="External"/><Relationship Id="rId37" Type="http://schemas.openxmlformats.org/officeDocument/2006/relationships/hyperlink" Target="https://vk.com/wall-217720873_1133" TargetMode="External"/><Relationship Id="rId40" Type="http://schemas.openxmlformats.org/officeDocument/2006/relationships/hyperlink" Target="https://vk.com/wall-217720873_1143" TargetMode="External"/><Relationship Id="rId45" Type="http://schemas.openxmlformats.org/officeDocument/2006/relationships/hyperlink" Target="https://vk.com/wall-217720873_1150" TargetMode="External"/><Relationship Id="rId53" Type="http://schemas.openxmlformats.org/officeDocument/2006/relationships/hyperlink" Target="https://vk.com/wall-233609388_306" TargetMode="External"/><Relationship Id="rId58" Type="http://schemas.openxmlformats.org/officeDocument/2006/relationships/hyperlink" Target="https://vk.com/wall-233609388_312" TargetMode="External"/><Relationship Id="rId66" Type="http://schemas.openxmlformats.org/officeDocument/2006/relationships/hyperlink" Target="https://vk.com/wall-233609388_332" TargetMode="External"/><Relationship Id="rId74" Type="http://schemas.openxmlformats.org/officeDocument/2006/relationships/hyperlink" Target="https://vk.com/wall-233609388_354" TargetMode="External"/><Relationship Id="rId79" Type="http://schemas.openxmlformats.org/officeDocument/2006/relationships/hyperlink" Target="https://vk.com/wall-233609388_369" TargetMode="External"/><Relationship Id="rId87" Type="http://schemas.openxmlformats.org/officeDocument/2006/relationships/hyperlink" Target="https://vk.com/wall-233609388_378" TargetMode="External"/><Relationship Id="rId5" Type="http://schemas.openxmlformats.org/officeDocument/2006/relationships/hyperlink" Target="https://vk.com/wall-217720873_1087" TargetMode="External"/><Relationship Id="rId61" Type="http://schemas.openxmlformats.org/officeDocument/2006/relationships/hyperlink" Target="https://vk.com/wall-233609388_324" TargetMode="External"/><Relationship Id="rId82" Type="http://schemas.openxmlformats.org/officeDocument/2006/relationships/hyperlink" Target="https://vk.com/wall-233609388_373" TargetMode="External"/><Relationship Id="rId90" Type="http://schemas.openxmlformats.org/officeDocument/2006/relationships/hyperlink" Target="https://vk.com/wall-233609388_385" TargetMode="External"/><Relationship Id="rId95" Type="http://schemas.openxmlformats.org/officeDocument/2006/relationships/hyperlink" Target="https://vk.com/wall-233609388_398" TargetMode="External"/><Relationship Id="rId19" Type="http://schemas.openxmlformats.org/officeDocument/2006/relationships/hyperlink" Target="https://vk.com/wall-217720873_1102" TargetMode="External"/><Relationship Id="rId14" Type="http://schemas.openxmlformats.org/officeDocument/2006/relationships/hyperlink" Target="https://vk.com/wall-217720873_1095" TargetMode="External"/><Relationship Id="rId22" Type="http://schemas.openxmlformats.org/officeDocument/2006/relationships/hyperlink" Target="https://vk.com/wall-217720873_1114" TargetMode="External"/><Relationship Id="rId27" Type="http://schemas.openxmlformats.org/officeDocument/2006/relationships/hyperlink" Target="https://vk.com/wall-217720873_1122" TargetMode="External"/><Relationship Id="rId30" Type="http://schemas.openxmlformats.org/officeDocument/2006/relationships/hyperlink" Target="https://vk.com/wall-217720873_1123" TargetMode="External"/><Relationship Id="rId35" Type="http://schemas.openxmlformats.org/officeDocument/2006/relationships/hyperlink" Target="https://vk.com/wall-217720873_1131" TargetMode="External"/><Relationship Id="rId43" Type="http://schemas.openxmlformats.org/officeDocument/2006/relationships/hyperlink" Target="https://vk.com/wall-217720873_1145" TargetMode="External"/><Relationship Id="rId48" Type="http://schemas.openxmlformats.org/officeDocument/2006/relationships/hyperlink" Target="https://vk.com/wall-217720873_1159" TargetMode="External"/><Relationship Id="rId56" Type="http://schemas.openxmlformats.org/officeDocument/2006/relationships/hyperlink" Target="https://vk.com/wall-233609388_309" TargetMode="External"/><Relationship Id="rId64" Type="http://schemas.openxmlformats.org/officeDocument/2006/relationships/hyperlink" Target="https://vk.com/wall-233609388_328" TargetMode="External"/><Relationship Id="rId69" Type="http://schemas.openxmlformats.org/officeDocument/2006/relationships/hyperlink" Target="https://vk.com/wall-233609388_342" TargetMode="External"/><Relationship Id="rId77" Type="http://schemas.openxmlformats.org/officeDocument/2006/relationships/hyperlink" Target="https://vk.com/wall-233609388_356" TargetMode="External"/><Relationship Id="rId8" Type="http://schemas.openxmlformats.org/officeDocument/2006/relationships/hyperlink" Target="https://vk.com/wall-217720873_1091" TargetMode="External"/><Relationship Id="rId51" Type="http://schemas.openxmlformats.org/officeDocument/2006/relationships/hyperlink" Target="https://vk.com/wall-217720873_1156" TargetMode="External"/><Relationship Id="rId72" Type="http://schemas.openxmlformats.org/officeDocument/2006/relationships/hyperlink" Target="https://vk.com/wall-233609388_346" TargetMode="External"/><Relationship Id="rId80" Type="http://schemas.openxmlformats.org/officeDocument/2006/relationships/hyperlink" Target="https://vk.com/wall-233609388_370" TargetMode="External"/><Relationship Id="rId85" Type="http://schemas.openxmlformats.org/officeDocument/2006/relationships/hyperlink" Target="https://vk.com/wall-233609388_376" TargetMode="External"/><Relationship Id="rId93" Type="http://schemas.openxmlformats.org/officeDocument/2006/relationships/hyperlink" Target="https://vk.com/wall-233609388_395" TargetMode="External"/><Relationship Id="rId98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vk.com/wall-217720873_1093" TargetMode="External"/><Relationship Id="rId17" Type="http://schemas.openxmlformats.org/officeDocument/2006/relationships/hyperlink" Target="https://vk.com/wall-217720873_1105" TargetMode="External"/><Relationship Id="rId25" Type="http://schemas.openxmlformats.org/officeDocument/2006/relationships/hyperlink" Target="https://vk.com/wall-217720873_1118" TargetMode="External"/><Relationship Id="rId33" Type="http://schemas.openxmlformats.org/officeDocument/2006/relationships/hyperlink" Target="https://vk.com/wall-217720873_1127" TargetMode="External"/><Relationship Id="rId38" Type="http://schemas.openxmlformats.org/officeDocument/2006/relationships/hyperlink" Target="https://vk.com/wall-217720873_1134" TargetMode="External"/><Relationship Id="rId46" Type="http://schemas.openxmlformats.org/officeDocument/2006/relationships/hyperlink" Target="https://vk.com/wall-217720873_1162" TargetMode="External"/><Relationship Id="rId59" Type="http://schemas.openxmlformats.org/officeDocument/2006/relationships/hyperlink" Target="https://vk.com/search/statuses?q=%23%D0%9C%D0%AB%D0%A0%D0%9E%D0%A1%D0%A1%D0%98%D0%AF" TargetMode="External"/><Relationship Id="rId67" Type="http://schemas.openxmlformats.org/officeDocument/2006/relationships/hyperlink" Target="https://vk.com/wall-233609388_334" TargetMode="External"/><Relationship Id="rId20" Type="http://schemas.openxmlformats.org/officeDocument/2006/relationships/hyperlink" Target="https://vk.com/wall-217720873_1103" TargetMode="External"/><Relationship Id="rId41" Type="http://schemas.openxmlformats.org/officeDocument/2006/relationships/hyperlink" Target="https://vk.com/wall-217720873_1144" TargetMode="External"/><Relationship Id="rId54" Type="http://schemas.openxmlformats.org/officeDocument/2006/relationships/hyperlink" Target="https://vk.com/wall-233609388_307" TargetMode="External"/><Relationship Id="rId62" Type="http://schemas.openxmlformats.org/officeDocument/2006/relationships/hyperlink" Target="https://vk.com/wall-233609388_325" TargetMode="External"/><Relationship Id="rId70" Type="http://schemas.openxmlformats.org/officeDocument/2006/relationships/hyperlink" Target="https://vk.com/wall-233609388_344" TargetMode="External"/><Relationship Id="rId75" Type="http://schemas.openxmlformats.org/officeDocument/2006/relationships/hyperlink" Target="https://vk.com/wall-233609388_351" TargetMode="External"/><Relationship Id="rId83" Type="http://schemas.openxmlformats.org/officeDocument/2006/relationships/hyperlink" Target="https://vk.com/wall-233609388_374" TargetMode="External"/><Relationship Id="rId88" Type="http://schemas.openxmlformats.org/officeDocument/2006/relationships/hyperlink" Target="https://vk.com/wall-233609388_383" TargetMode="External"/><Relationship Id="rId91" Type="http://schemas.openxmlformats.org/officeDocument/2006/relationships/hyperlink" Target="https://vk.com/wall-233609388_387" TargetMode="External"/><Relationship Id="rId96" Type="http://schemas.openxmlformats.org/officeDocument/2006/relationships/hyperlink" Target="https://vk.com/wall-233609388_40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wall-217720873_1089" TargetMode="External"/><Relationship Id="rId15" Type="http://schemas.openxmlformats.org/officeDocument/2006/relationships/hyperlink" Target="https://vk.com/wall-217720873_1096" TargetMode="External"/><Relationship Id="rId23" Type="http://schemas.openxmlformats.org/officeDocument/2006/relationships/hyperlink" Target="https://vk.com/wall-217720873_1116" TargetMode="External"/><Relationship Id="rId28" Type="http://schemas.openxmlformats.org/officeDocument/2006/relationships/hyperlink" Target="https://vk.com/wall-217720873_1124" TargetMode="External"/><Relationship Id="rId36" Type="http://schemas.openxmlformats.org/officeDocument/2006/relationships/hyperlink" Target="https://vk.com/wall-217720873_1132" TargetMode="External"/><Relationship Id="rId49" Type="http://schemas.openxmlformats.org/officeDocument/2006/relationships/hyperlink" Target="https://vk.com/wall-217720873_1160" TargetMode="External"/><Relationship Id="rId57" Type="http://schemas.openxmlformats.org/officeDocument/2006/relationships/hyperlink" Target="https://vk.com/wall-233609388_311" TargetMode="External"/><Relationship Id="rId10" Type="http://schemas.openxmlformats.org/officeDocument/2006/relationships/hyperlink" Target="https://vk.com/wall-217720873_1100" TargetMode="External"/><Relationship Id="rId31" Type="http://schemas.openxmlformats.org/officeDocument/2006/relationships/hyperlink" Target="https://vk.com/wall-217720873_1125" TargetMode="External"/><Relationship Id="rId44" Type="http://schemas.openxmlformats.org/officeDocument/2006/relationships/hyperlink" Target="https://vk.com/wall-217720873_1148" TargetMode="External"/><Relationship Id="rId52" Type="http://schemas.openxmlformats.org/officeDocument/2006/relationships/hyperlink" Target="https://vk.com/wall-233609388_305" TargetMode="External"/><Relationship Id="rId60" Type="http://schemas.openxmlformats.org/officeDocument/2006/relationships/hyperlink" Target="https://vk.com/wall-233609388_323" TargetMode="External"/><Relationship Id="rId65" Type="http://schemas.openxmlformats.org/officeDocument/2006/relationships/hyperlink" Target="https://vk.com/wall-233609388_331" TargetMode="External"/><Relationship Id="rId73" Type="http://schemas.openxmlformats.org/officeDocument/2006/relationships/hyperlink" Target="https://vk.com/wall-233609388_350" TargetMode="External"/><Relationship Id="rId78" Type="http://schemas.openxmlformats.org/officeDocument/2006/relationships/hyperlink" Target="https://vk.com/wall-233609388_359" TargetMode="External"/><Relationship Id="rId81" Type="http://schemas.openxmlformats.org/officeDocument/2006/relationships/hyperlink" Target="https://vk.com/wall-233609388_371" TargetMode="External"/><Relationship Id="rId86" Type="http://schemas.openxmlformats.org/officeDocument/2006/relationships/hyperlink" Target="https://vk.com/wall-233609388_377" TargetMode="External"/><Relationship Id="rId94" Type="http://schemas.openxmlformats.org/officeDocument/2006/relationships/hyperlink" Target="https://vk.com/wall-233609388_3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217720873_1086" TargetMode="External"/><Relationship Id="rId13" Type="http://schemas.openxmlformats.org/officeDocument/2006/relationships/hyperlink" Target="https://vk.com/wall-217720873_1094" TargetMode="External"/><Relationship Id="rId18" Type="http://schemas.openxmlformats.org/officeDocument/2006/relationships/hyperlink" Target="https://vk.com/wall-217720873_1101" TargetMode="External"/><Relationship Id="rId39" Type="http://schemas.openxmlformats.org/officeDocument/2006/relationships/hyperlink" Target="https://vk.com/wall-217720873_11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12</Pages>
  <Words>3519</Words>
  <Characters>20061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</dc:creator>
  <cp:keywords/>
  <dc:description/>
  <cp:lastModifiedBy>TL</cp:lastModifiedBy>
  <cp:revision>3</cp:revision>
  <cp:lastPrinted>2026-06-25T18:39:00Z</cp:lastPrinted>
  <dcterms:created xsi:type="dcterms:W3CDTF">2026-05-14T17:54:00Z</dcterms:created>
  <dcterms:modified xsi:type="dcterms:W3CDTF">2026-06-25T18:42:00Z</dcterms:modified>
</cp:coreProperties>
</file>